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123528" w14:textId="5DAF4E87" w:rsidR="0094333F" w:rsidRPr="0095642D" w:rsidRDefault="00000000" w:rsidP="0095642D">
      <w:pPr>
        <w:pStyle w:val="Ttulo"/>
        <w:jc w:val="center"/>
        <w:rPr>
          <w:color w:val="1F497D" w:themeColor="text2"/>
          <w:sz w:val="24"/>
          <w:szCs w:val="24"/>
        </w:rPr>
      </w:pPr>
      <w:r w:rsidRPr="0095642D">
        <w:rPr>
          <w:color w:val="1F497D" w:themeColor="text2"/>
          <w:sz w:val="24"/>
          <w:szCs w:val="24"/>
        </w:rPr>
        <w:t xml:space="preserve">FORMULARIO DE POSTULACIÓN DE ESTUDIANTES INTERNACIONALES </w:t>
      </w:r>
      <w:r w:rsidR="0095642D">
        <w:rPr>
          <w:color w:val="1F497D" w:themeColor="text2"/>
          <w:sz w:val="24"/>
          <w:szCs w:val="24"/>
        </w:rPr>
        <w:br/>
      </w:r>
      <w:r w:rsidRPr="0095642D">
        <w:rPr>
          <w:color w:val="1F497D" w:themeColor="text2"/>
          <w:sz w:val="24"/>
          <w:szCs w:val="24"/>
        </w:rPr>
        <w:t>EN LA UNIVERSIDAD DE LOS LAGOS</w:t>
      </w:r>
    </w:p>
    <w:p w14:paraId="248DF3D5" w14:textId="77777777" w:rsidR="0094333F" w:rsidRPr="0095642D" w:rsidRDefault="00000000" w:rsidP="0095642D">
      <w:pPr>
        <w:pStyle w:val="Subttulo"/>
        <w:jc w:val="center"/>
        <w:rPr>
          <w:color w:val="1F497D" w:themeColor="text2"/>
        </w:rPr>
      </w:pPr>
      <w:r w:rsidRPr="0095642D">
        <w:rPr>
          <w:color w:val="1F497D" w:themeColor="text2"/>
        </w:rPr>
        <w:t>Application form for international students at Universidad de Los Lagos Chile</w:t>
      </w:r>
    </w:p>
    <w:p w14:paraId="6A60713D" w14:textId="77777777" w:rsidR="00720059" w:rsidRDefault="00720059">
      <w:pPr>
        <w:spacing w:after="60"/>
        <w:rPr>
          <w:sz w:val="18"/>
        </w:rPr>
      </w:pPr>
    </w:p>
    <w:p w14:paraId="74D003F9" w14:textId="10E515F1" w:rsidR="0094333F" w:rsidRDefault="00000000">
      <w:pPr>
        <w:spacing w:after="60"/>
      </w:pPr>
      <w:r>
        <w:rPr>
          <w:sz w:val="18"/>
        </w:rPr>
        <w:t xml:space="preserve">Completa los campos y selecciona las opciones. Usa fechas DD-MM-AAAA. Si un dato no corresponde, escribe No aplica. </w:t>
      </w:r>
      <w:r w:rsidRPr="00733700">
        <w:rPr>
          <w:b/>
          <w:bCs/>
          <w:sz w:val="18"/>
        </w:rPr>
        <w:t>Guarda una copia con tu nombre.</w:t>
      </w:r>
      <w:r>
        <w:rPr>
          <w:i/>
          <w:color w:val="4C4C4C"/>
          <w:sz w:val="18"/>
        </w:rPr>
        <w:br/>
        <w:t>Fill in the fields and select the options. Use DD-MM-YYYY dates. If a field does not apply, enter Not applicable. Save a copy with your name.</w:t>
      </w:r>
    </w:p>
    <w:p w14:paraId="790E044F" w14:textId="77777777" w:rsidR="00B60D11" w:rsidRDefault="00B60D11">
      <w:pPr>
        <w:pStyle w:val="Ttulo1"/>
        <w:rPr>
          <w:rFonts w:ascii="Arial" w:hAnsi="Arial"/>
        </w:rPr>
      </w:pPr>
    </w:p>
    <w:p w14:paraId="6B35603D" w14:textId="04448DCA" w:rsidR="0094333F" w:rsidRPr="00733700" w:rsidRDefault="00000000">
      <w:pPr>
        <w:pStyle w:val="Ttulo1"/>
        <w:rPr>
          <w:color w:val="004E9A"/>
        </w:rPr>
      </w:pPr>
      <w:r w:rsidRPr="00733700">
        <w:rPr>
          <w:rFonts w:ascii="Arial" w:hAnsi="Arial"/>
          <w:color w:val="004E9A"/>
        </w:rPr>
        <w:t xml:space="preserve">1 Identificación del </w:t>
      </w:r>
      <w:r w:rsidR="00B60D11" w:rsidRPr="00733700">
        <w:rPr>
          <w:rFonts w:ascii="Arial" w:hAnsi="Arial"/>
          <w:color w:val="004E9A"/>
        </w:rPr>
        <w:t>E</w:t>
      </w:r>
      <w:r w:rsidRPr="00733700">
        <w:rPr>
          <w:rFonts w:ascii="Arial" w:hAnsi="Arial"/>
          <w:color w:val="004E9A"/>
        </w:rPr>
        <w:t>studiante</w:t>
      </w:r>
      <w:r w:rsidRPr="00733700">
        <w:rPr>
          <w:rFonts w:ascii="Arial" w:hAnsi="Arial"/>
          <w:b w:val="0"/>
          <w:i/>
          <w:color w:val="004E9A"/>
          <w:sz w:val="18"/>
        </w:rPr>
        <w:t xml:space="preserve">  Student details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50" w:type="dxa"/>
          <w:left w:w="105" w:type="dxa"/>
          <w:bottom w:w="50" w:type="dxa"/>
          <w:right w:w="105" w:type="dxa"/>
        </w:tblCellMar>
        <w:tblLook w:val="04A0" w:firstRow="1" w:lastRow="0" w:firstColumn="1" w:lastColumn="0" w:noHBand="0" w:noVBand="1"/>
      </w:tblPr>
      <w:tblGrid>
        <w:gridCol w:w="5184"/>
        <w:gridCol w:w="5184"/>
      </w:tblGrid>
      <w:tr w:rsidR="0094333F" w14:paraId="25D4C2B1" w14:textId="77777777">
        <w:trPr>
          <w:cantSplit/>
          <w:trHeight w:val="680"/>
          <w:jc w:val="center"/>
        </w:trPr>
        <w:tc>
          <w:tcPr>
            <w:tcW w:w="5184" w:type="dxa"/>
            <w:vAlign w:val="center"/>
          </w:tcPr>
          <w:p w14:paraId="79B9FCDE" w14:textId="77777777" w:rsidR="0094333F" w:rsidRDefault="00000000">
            <w:pPr>
              <w:keepNext/>
            </w:pPr>
            <w:r>
              <w:rPr>
                <w:b/>
                <w:sz w:val="18"/>
              </w:rPr>
              <w:t>Primer apellido</w:t>
            </w:r>
            <w:r>
              <w:rPr>
                <w:i/>
                <w:color w:val="444444"/>
                <w:sz w:val="17"/>
              </w:rPr>
              <w:t xml:space="preserve"> / First surname</w:t>
            </w:r>
          </w:p>
          <w:p w14:paraId="6F26C276" w14:textId="521D23A3" w:rsidR="0094333F" w:rsidRDefault="00000000">
            <w:pPr>
              <w:spacing w:before="40"/>
            </w:pPr>
            <w:sdt>
              <w:sdtPr>
                <w:rPr>
                  <w:rFonts w:cs="Arial"/>
                </w:rPr>
                <w:alias w:val="Primer apellido / First surname"/>
                <w:tag w:val="APELLIDO_1"/>
                <w:id w:val="200001"/>
                <w:lock w:val="sdtLocked"/>
                <w:placeholder>
                  <w:docPart w:val="ULAGOS_Placeholder_1"/>
                </w:placeholder>
                <w:showingPlcHdr/>
                <w:text w:multiLine="1"/>
              </w:sdtPr>
              <w:sdtContent>
                <w:r w:rsidR="00733700" w:rsidRPr="00733700">
                  <w:rPr>
                    <w:rFonts w:cs="Arial"/>
                    <w:color w:val="595959"/>
                  </w:rPr>
                  <w:t>Escriba aquí / Type here</w:t>
                </w:r>
              </w:sdtContent>
            </w:sdt>
          </w:p>
        </w:tc>
        <w:tc>
          <w:tcPr>
            <w:tcW w:w="5184" w:type="dxa"/>
            <w:vAlign w:val="center"/>
          </w:tcPr>
          <w:p w14:paraId="3CFF25C6" w14:textId="77777777" w:rsidR="0094333F" w:rsidRDefault="00000000">
            <w:pPr>
              <w:keepNext/>
            </w:pPr>
            <w:r>
              <w:rPr>
                <w:b/>
                <w:sz w:val="18"/>
              </w:rPr>
              <w:t>Segundo apellido si corresponde</w:t>
            </w:r>
            <w:r>
              <w:rPr>
                <w:i/>
                <w:color w:val="444444"/>
                <w:sz w:val="17"/>
              </w:rPr>
              <w:t xml:space="preserve"> / Second surname if applicable</w:t>
            </w:r>
          </w:p>
          <w:p w14:paraId="2358EEFA" w14:textId="77777777" w:rsidR="0094333F" w:rsidRDefault="00000000">
            <w:pPr>
              <w:spacing w:before="40"/>
            </w:pPr>
            <w:sdt>
              <w:sdtPr>
                <w:rPr>
                  <w:rFonts w:cs="Arial"/>
                </w:rPr>
                <w:alias w:val="Segundo apellido si corresponde / Second surname if applicable"/>
                <w:tag w:val="APELLIDO_2"/>
                <w:id w:val="200002"/>
                <w:lock w:val="sdtLocked"/>
                <w:placeholder>
                  <w:docPart w:val="ULAGOS_Placeholder_1"/>
                </w:placeholder>
                <w:showingPlcHdr/>
                <w:text w:multiLine="1"/>
              </w:sdtPr>
              <w:sdtContent>
                <w:r>
                  <w:rPr>
                    <w:rFonts w:cs="Arial"/>
                    <w:color w:val="595959"/>
                  </w:rPr>
                  <w:t>Escriba aquí / Type here</w:t>
                </w:r>
              </w:sdtContent>
            </w:sdt>
          </w:p>
        </w:tc>
      </w:tr>
      <w:tr w:rsidR="0094333F" w14:paraId="17EE216C" w14:textId="77777777">
        <w:trPr>
          <w:cantSplit/>
          <w:trHeight w:val="680"/>
          <w:jc w:val="center"/>
        </w:trPr>
        <w:tc>
          <w:tcPr>
            <w:tcW w:w="5184" w:type="dxa"/>
            <w:vAlign w:val="center"/>
          </w:tcPr>
          <w:p w14:paraId="6E3DB9EB" w14:textId="77777777" w:rsidR="0094333F" w:rsidRDefault="00000000">
            <w:pPr>
              <w:keepNext/>
            </w:pPr>
            <w:r>
              <w:rPr>
                <w:b/>
                <w:sz w:val="18"/>
              </w:rPr>
              <w:t>Nombres</w:t>
            </w:r>
            <w:r>
              <w:rPr>
                <w:i/>
                <w:color w:val="444444"/>
                <w:sz w:val="17"/>
              </w:rPr>
              <w:t xml:space="preserve"> / Given names</w:t>
            </w:r>
          </w:p>
          <w:p w14:paraId="5112605C" w14:textId="77777777" w:rsidR="0094333F" w:rsidRDefault="00000000">
            <w:pPr>
              <w:spacing w:before="40"/>
            </w:pPr>
            <w:sdt>
              <w:sdtPr>
                <w:rPr>
                  <w:rFonts w:cs="Arial"/>
                </w:rPr>
                <w:alias w:val="Nombres / Given names"/>
                <w:tag w:val="NOMBRES"/>
                <w:id w:val="200003"/>
                <w:lock w:val="sdtLocked"/>
                <w:placeholder>
                  <w:docPart w:val="ULAGOS_Placeholder_1"/>
                </w:placeholder>
                <w:showingPlcHdr/>
                <w:text w:multiLine="1"/>
              </w:sdtPr>
              <w:sdtContent>
                <w:r>
                  <w:rPr>
                    <w:rFonts w:cs="Arial"/>
                    <w:color w:val="595959"/>
                  </w:rPr>
                  <w:t>Escriba aquí / Type here</w:t>
                </w:r>
              </w:sdtContent>
            </w:sdt>
          </w:p>
        </w:tc>
        <w:tc>
          <w:tcPr>
            <w:tcW w:w="5184" w:type="dxa"/>
            <w:vAlign w:val="center"/>
          </w:tcPr>
          <w:p w14:paraId="49078A27" w14:textId="77777777" w:rsidR="0094333F" w:rsidRDefault="00000000">
            <w:pPr>
              <w:keepNext/>
            </w:pPr>
            <w:r>
              <w:rPr>
                <w:b/>
                <w:sz w:val="18"/>
              </w:rPr>
              <w:t>Número de pasaporte</w:t>
            </w:r>
            <w:r>
              <w:rPr>
                <w:i/>
                <w:color w:val="444444"/>
                <w:sz w:val="17"/>
              </w:rPr>
              <w:t xml:space="preserve"> / Passport number</w:t>
            </w:r>
          </w:p>
          <w:p w14:paraId="414BE71D" w14:textId="77777777" w:rsidR="0094333F" w:rsidRDefault="00000000">
            <w:pPr>
              <w:spacing w:before="40"/>
            </w:pPr>
            <w:sdt>
              <w:sdtPr>
                <w:rPr>
                  <w:rFonts w:cs="Arial"/>
                </w:rPr>
                <w:alias w:val="Número de pasaporte / Passport number"/>
                <w:tag w:val="PASAPORTE"/>
                <w:id w:val="200004"/>
                <w:lock w:val="sdtLocked"/>
                <w:placeholder>
                  <w:docPart w:val="ULAGOS_Placeholder_1"/>
                </w:placeholder>
                <w:showingPlcHdr/>
                <w:text w:multiLine="1"/>
              </w:sdtPr>
              <w:sdtContent>
                <w:r>
                  <w:rPr>
                    <w:rFonts w:cs="Arial"/>
                    <w:color w:val="595959"/>
                  </w:rPr>
                  <w:t>Escriba aquí / Type here</w:t>
                </w:r>
              </w:sdtContent>
            </w:sdt>
          </w:p>
        </w:tc>
      </w:tr>
      <w:tr w:rsidR="0094333F" w14:paraId="7F378391" w14:textId="77777777">
        <w:trPr>
          <w:cantSplit/>
          <w:trHeight w:val="680"/>
          <w:jc w:val="center"/>
        </w:trPr>
        <w:tc>
          <w:tcPr>
            <w:tcW w:w="5184" w:type="dxa"/>
            <w:vAlign w:val="center"/>
          </w:tcPr>
          <w:p w14:paraId="2584F691" w14:textId="77777777" w:rsidR="0094333F" w:rsidRDefault="00000000">
            <w:pPr>
              <w:keepNext/>
            </w:pPr>
            <w:r>
              <w:rPr>
                <w:b/>
                <w:sz w:val="18"/>
              </w:rPr>
              <w:t>Fecha de nacimiento</w:t>
            </w:r>
            <w:r>
              <w:rPr>
                <w:i/>
                <w:color w:val="444444"/>
                <w:sz w:val="17"/>
              </w:rPr>
              <w:t xml:space="preserve"> / Date of birth</w:t>
            </w:r>
          </w:p>
          <w:p w14:paraId="78F3D357" w14:textId="77777777" w:rsidR="0094333F" w:rsidRDefault="00000000">
            <w:pPr>
              <w:spacing w:before="40"/>
            </w:pPr>
            <w:sdt>
              <w:sdtPr>
                <w:rPr>
                  <w:rFonts w:cs="Arial"/>
                </w:rPr>
                <w:alias w:val="Fecha de nacimiento / Date of birth"/>
                <w:tag w:val="NACIMIENTO_FECHA"/>
                <w:id w:val="200005"/>
                <w:lock w:val="sdtLocked"/>
                <w:placeholder>
                  <w:docPart w:val="ULAGOS_Placeholder_2"/>
                </w:placeholder>
                <w:showingPlcHdr/>
                <w:date>
                  <w:dateFormat w:val="dd-MM-yyyy"/>
                  <w:lid w:val="es-CL"/>
                  <w:storeMappedDataAs w:val="dateTime"/>
                  <w:calendar w:val="gregorian"/>
                </w:date>
              </w:sdtPr>
              <w:sdtContent>
                <w:r>
                  <w:rPr>
                    <w:rFonts w:cs="Arial"/>
                    <w:color w:val="595959"/>
                  </w:rPr>
                  <w:t>DD-MM-AAAA</w:t>
                </w:r>
              </w:sdtContent>
            </w:sdt>
          </w:p>
        </w:tc>
        <w:tc>
          <w:tcPr>
            <w:tcW w:w="5184" w:type="dxa"/>
            <w:vAlign w:val="center"/>
          </w:tcPr>
          <w:p w14:paraId="3CFFB96D" w14:textId="77777777" w:rsidR="0094333F" w:rsidRDefault="00000000">
            <w:pPr>
              <w:keepNext/>
            </w:pPr>
            <w:r>
              <w:rPr>
                <w:b/>
                <w:sz w:val="18"/>
              </w:rPr>
              <w:t>Nacionalidad</w:t>
            </w:r>
            <w:r>
              <w:rPr>
                <w:i/>
                <w:color w:val="444444"/>
                <w:sz w:val="17"/>
              </w:rPr>
              <w:t xml:space="preserve"> / Nationality</w:t>
            </w:r>
          </w:p>
          <w:p w14:paraId="39795826" w14:textId="77777777" w:rsidR="0094333F" w:rsidRDefault="00000000">
            <w:pPr>
              <w:spacing w:before="40"/>
            </w:pPr>
            <w:sdt>
              <w:sdtPr>
                <w:rPr>
                  <w:rFonts w:cs="Arial"/>
                </w:rPr>
                <w:alias w:val="Nacionalidad / Nationality"/>
                <w:tag w:val="NACIONALIDAD"/>
                <w:id w:val="200006"/>
                <w:lock w:val="sdtLocked"/>
                <w:placeholder>
                  <w:docPart w:val="ULAGOS_Placeholder_1"/>
                </w:placeholder>
                <w:showingPlcHdr/>
                <w:text w:multiLine="1"/>
              </w:sdtPr>
              <w:sdtContent>
                <w:r>
                  <w:rPr>
                    <w:rFonts w:cs="Arial"/>
                    <w:color w:val="595959"/>
                  </w:rPr>
                  <w:t>Escriba aquí / Type here</w:t>
                </w:r>
              </w:sdtContent>
            </w:sdt>
          </w:p>
        </w:tc>
      </w:tr>
      <w:tr w:rsidR="0094333F" w14:paraId="027A0E22" w14:textId="77777777">
        <w:trPr>
          <w:cantSplit/>
          <w:trHeight w:val="680"/>
          <w:jc w:val="center"/>
        </w:trPr>
        <w:tc>
          <w:tcPr>
            <w:tcW w:w="5184" w:type="dxa"/>
            <w:vAlign w:val="center"/>
          </w:tcPr>
          <w:p w14:paraId="0FBF42BF" w14:textId="77777777" w:rsidR="0094333F" w:rsidRDefault="00000000">
            <w:pPr>
              <w:keepNext/>
            </w:pPr>
            <w:r>
              <w:rPr>
                <w:b/>
                <w:sz w:val="18"/>
              </w:rPr>
              <w:t>Teléfono con código de país</w:t>
            </w:r>
            <w:r>
              <w:rPr>
                <w:i/>
                <w:color w:val="444444"/>
                <w:sz w:val="17"/>
              </w:rPr>
              <w:t xml:space="preserve"> / Phone with country code</w:t>
            </w:r>
          </w:p>
          <w:p w14:paraId="3770509C" w14:textId="77777777" w:rsidR="0094333F" w:rsidRDefault="00000000">
            <w:pPr>
              <w:spacing w:before="40"/>
            </w:pPr>
            <w:sdt>
              <w:sdtPr>
                <w:rPr>
                  <w:rFonts w:cs="Arial"/>
                </w:rPr>
                <w:alias w:val="Teléfono con código de país / Phone with country code"/>
                <w:tag w:val="TELEFONO"/>
                <w:id w:val="200007"/>
                <w:lock w:val="sdtLocked"/>
                <w:placeholder>
                  <w:docPart w:val="ULAGOS_Placeholder_1"/>
                </w:placeholder>
                <w:showingPlcHdr/>
                <w:text w:multiLine="1"/>
              </w:sdtPr>
              <w:sdtContent>
                <w:r>
                  <w:rPr>
                    <w:rFonts w:cs="Arial"/>
                    <w:color w:val="595959"/>
                  </w:rPr>
                  <w:t>Escriba aquí / Type here</w:t>
                </w:r>
              </w:sdtContent>
            </w:sdt>
          </w:p>
        </w:tc>
        <w:tc>
          <w:tcPr>
            <w:tcW w:w="5184" w:type="dxa"/>
            <w:vAlign w:val="center"/>
          </w:tcPr>
          <w:p w14:paraId="6AD1457D" w14:textId="77777777" w:rsidR="0094333F" w:rsidRDefault="00000000">
            <w:pPr>
              <w:keepNext/>
            </w:pPr>
            <w:r>
              <w:rPr>
                <w:b/>
                <w:sz w:val="18"/>
              </w:rPr>
              <w:t>Correo electrónico</w:t>
            </w:r>
            <w:r>
              <w:rPr>
                <w:i/>
                <w:color w:val="444444"/>
                <w:sz w:val="17"/>
              </w:rPr>
              <w:t xml:space="preserve"> / Email address</w:t>
            </w:r>
          </w:p>
          <w:p w14:paraId="7963BDEC" w14:textId="77777777" w:rsidR="0094333F" w:rsidRDefault="00000000">
            <w:pPr>
              <w:spacing w:before="40"/>
            </w:pPr>
            <w:sdt>
              <w:sdtPr>
                <w:rPr>
                  <w:rFonts w:cs="Arial"/>
                </w:rPr>
                <w:alias w:val="Correo electrónico / Email address"/>
                <w:tag w:val="EMAIL"/>
                <w:id w:val="200008"/>
                <w:lock w:val="sdtLocked"/>
                <w:placeholder>
                  <w:docPart w:val="ULAGOS_Placeholder_1"/>
                </w:placeholder>
                <w:showingPlcHdr/>
                <w:text w:multiLine="1"/>
              </w:sdtPr>
              <w:sdtContent>
                <w:r>
                  <w:rPr>
                    <w:rFonts w:cs="Arial"/>
                    <w:color w:val="595959"/>
                  </w:rPr>
                  <w:t>Escriba aquí / Type here</w:t>
                </w:r>
              </w:sdtContent>
            </w:sdt>
          </w:p>
        </w:tc>
      </w:tr>
      <w:tr w:rsidR="0094333F" w14:paraId="5AAF72A5" w14:textId="77777777">
        <w:trPr>
          <w:cantSplit/>
          <w:trHeight w:val="680"/>
          <w:jc w:val="center"/>
        </w:trPr>
        <w:tc>
          <w:tcPr>
            <w:tcW w:w="10368" w:type="dxa"/>
            <w:gridSpan w:val="2"/>
            <w:vAlign w:val="center"/>
          </w:tcPr>
          <w:p w14:paraId="1F7CEA85" w14:textId="77777777" w:rsidR="0094333F" w:rsidRDefault="00000000">
            <w:pPr>
              <w:keepNext/>
            </w:pPr>
            <w:r>
              <w:rPr>
                <w:b/>
                <w:sz w:val="18"/>
              </w:rPr>
              <w:t>Nombre del contacto de emergencia</w:t>
            </w:r>
            <w:r>
              <w:rPr>
                <w:i/>
                <w:color w:val="444444"/>
                <w:sz w:val="17"/>
              </w:rPr>
              <w:t xml:space="preserve"> / Emergency contact name</w:t>
            </w:r>
          </w:p>
          <w:p w14:paraId="163DC4B1" w14:textId="77777777" w:rsidR="0094333F" w:rsidRDefault="00000000">
            <w:pPr>
              <w:spacing w:before="40"/>
            </w:pPr>
            <w:sdt>
              <w:sdtPr>
                <w:rPr>
                  <w:rFonts w:cs="Arial"/>
                </w:rPr>
                <w:alias w:val="Nombre del contacto de emergencia / Emergency contact name"/>
                <w:tag w:val="EMERGENCIA_NOMBRE"/>
                <w:id w:val="200009"/>
                <w:lock w:val="sdtLocked"/>
                <w:placeholder>
                  <w:docPart w:val="ULAGOS_Placeholder_1"/>
                </w:placeholder>
                <w:showingPlcHdr/>
                <w:text w:multiLine="1"/>
              </w:sdtPr>
              <w:sdtContent>
                <w:r>
                  <w:rPr>
                    <w:rFonts w:cs="Arial"/>
                    <w:color w:val="595959"/>
                  </w:rPr>
                  <w:t>Escriba aquí / Type here</w:t>
                </w:r>
              </w:sdtContent>
            </w:sdt>
          </w:p>
        </w:tc>
      </w:tr>
      <w:tr w:rsidR="0094333F" w14:paraId="2C9BB728" w14:textId="77777777">
        <w:trPr>
          <w:cantSplit/>
          <w:trHeight w:val="680"/>
          <w:jc w:val="center"/>
        </w:trPr>
        <w:tc>
          <w:tcPr>
            <w:tcW w:w="5184" w:type="dxa"/>
            <w:vAlign w:val="center"/>
          </w:tcPr>
          <w:p w14:paraId="17CE1490" w14:textId="77777777" w:rsidR="0094333F" w:rsidRDefault="00000000">
            <w:pPr>
              <w:keepNext/>
            </w:pPr>
            <w:r>
              <w:rPr>
                <w:b/>
                <w:sz w:val="18"/>
              </w:rPr>
              <w:t>Teléfono del contacto de emergencia</w:t>
            </w:r>
            <w:r>
              <w:rPr>
                <w:i/>
                <w:color w:val="444444"/>
                <w:sz w:val="17"/>
              </w:rPr>
              <w:t xml:space="preserve"> / Emergency contact phone</w:t>
            </w:r>
          </w:p>
          <w:p w14:paraId="57F78C03" w14:textId="77777777" w:rsidR="0094333F" w:rsidRDefault="00000000">
            <w:pPr>
              <w:spacing w:before="40"/>
            </w:pPr>
            <w:sdt>
              <w:sdtPr>
                <w:rPr>
                  <w:rFonts w:cs="Arial"/>
                </w:rPr>
                <w:alias w:val="Teléfono del contacto de emergencia / Emergency contact phone"/>
                <w:tag w:val="EMERGENCIA_TELEFONO"/>
                <w:id w:val="200010"/>
                <w:lock w:val="sdtLocked"/>
                <w:placeholder>
                  <w:docPart w:val="ULAGOS_Placeholder_3"/>
                </w:placeholder>
                <w:showingPlcHdr/>
                <w:text w:multiLine="1"/>
              </w:sdtPr>
              <w:sdtContent>
                <w:r>
                  <w:rPr>
                    <w:rFonts w:cs="Arial"/>
                    <w:color w:val="595959"/>
                  </w:rPr>
                  <w:t>Incluya código de país / Include country code</w:t>
                </w:r>
              </w:sdtContent>
            </w:sdt>
          </w:p>
        </w:tc>
        <w:tc>
          <w:tcPr>
            <w:tcW w:w="5184" w:type="dxa"/>
            <w:vAlign w:val="center"/>
          </w:tcPr>
          <w:p w14:paraId="4EC335AB" w14:textId="77777777" w:rsidR="0094333F" w:rsidRDefault="00000000">
            <w:pPr>
              <w:keepNext/>
            </w:pPr>
            <w:r>
              <w:rPr>
                <w:b/>
                <w:sz w:val="18"/>
              </w:rPr>
              <w:t>Correo electrónico del contacto de emergencia</w:t>
            </w:r>
            <w:r>
              <w:rPr>
                <w:i/>
                <w:color w:val="444444"/>
                <w:sz w:val="17"/>
              </w:rPr>
              <w:t xml:space="preserve"> / Emergency contact email</w:t>
            </w:r>
          </w:p>
          <w:p w14:paraId="31EEAE26" w14:textId="77777777" w:rsidR="0094333F" w:rsidRDefault="00000000">
            <w:pPr>
              <w:spacing w:before="40"/>
            </w:pPr>
            <w:sdt>
              <w:sdtPr>
                <w:rPr>
                  <w:rFonts w:cs="Arial"/>
                </w:rPr>
                <w:alias w:val="Correo electrónico del contacto de emergencia / Emergency contact email"/>
                <w:tag w:val="EMERGENCIA_EMAIL"/>
                <w:id w:val="200011"/>
                <w:lock w:val="sdtLocked"/>
                <w:placeholder>
                  <w:docPart w:val="ULAGOS_Placeholder_1"/>
                </w:placeholder>
                <w:showingPlcHdr/>
                <w:text w:multiLine="1"/>
              </w:sdtPr>
              <w:sdtContent>
                <w:r>
                  <w:rPr>
                    <w:rFonts w:cs="Arial"/>
                    <w:color w:val="595959"/>
                  </w:rPr>
                  <w:t>Escriba aquí / Type here</w:t>
                </w:r>
              </w:sdtContent>
            </w:sdt>
          </w:p>
        </w:tc>
      </w:tr>
    </w:tbl>
    <w:p w14:paraId="593260EB" w14:textId="77777777" w:rsidR="00B60D11" w:rsidRDefault="00B60D11">
      <w:pPr>
        <w:pStyle w:val="Ttulo1"/>
        <w:rPr>
          <w:rFonts w:ascii="Arial" w:hAnsi="Arial"/>
        </w:rPr>
      </w:pPr>
    </w:p>
    <w:p w14:paraId="6CCE3AB7" w14:textId="35699F6D" w:rsidR="0094333F" w:rsidRPr="00733700" w:rsidRDefault="00000000">
      <w:pPr>
        <w:pStyle w:val="Ttulo1"/>
        <w:rPr>
          <w:color w:val="004E9A"/>
        </w:rPr>
      </w:pPr>
      <w:r w:rsidRPr="00733700">
        <w:rPr>
          <w:rFonts w:ascii="Arial" w:hAnsi="Arial"/>
          <w:color w:val="004E9A"/>
        </w:rPr>
        <w:t xml:space="preserve">2 Información </w:t>
      </w:r>
      <w:r w:rsidR="00B60D11" w:rsidRPr="00733700">
        <w:rPr>
          <w:rFonts w:ascii="Arial" w:hAnsi="Arial"/>
          <w:color w:val="004E9A"/>
        </w:rPr>
        <w:t>A</w:t>
      </w:r>
      <w:r w:rsidRPr="00733700">
        <w:rPr>
          <w:rFonts w:ascii="Arial" w:hAnsi="Arial"/>
          <w:color w:val="004E9A"/>
        </w:rPr>
        <w:t xml:space="preserve">cadémica del </w:t>
      </w:r>
      <w:r w:rsidR="00B60D11" w:rsidRPr="00733700">
        <w:rPr>
          <w:rFonts w:ascii="Arial" w:hAnsi="Arial"/>
          <w:color w:val="004E9A"/>
        </w:rPr>
        <w:t>E</w:t>
      </w:r>
      <w:r w:rsidRPr="00733700">
        <w:rPr>
          <w:rFonts w:ascii="Arial" w:hAnsi="Arial"/>
          <w:color w:val="004E9A"/>
        </w:rPr>
        <w:t>studiante</w:t>
      </w:r>
      <w:r w:rsidRPr="00733700">
        <w:rPr>
          <w:rFonts w:ascii="Arial" w:hAnsi="Arial"/>
          <w:b w:val="0"/>
          <w:i/>
          <w:color w:val="004E9A"/>
          <w:sz w:val="18"/>
        </w:rPr>
        <w:t xml:space="preserve">  Home institution details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50" w:type="dxa"/>
          <w:left w:w="105" w:type="dxa"/>
          <w:bottom w:w="50" w:type="dxa"/>
          <w:right w:w="105" w:type="dxa"/>
        </w:tblCellMar>
        <w:tblLook w:val="04A0" w:firstRow="1" w:lastRow="0" w:firstColumn="1" w:lastColumn="0" w:noHBand="0" w:noVBand="1"/>
      </w:tblPr>
      <w:tblGrid>
        <w:gridCol w:w="5184"/>
        <w:gridCol w:w="5184"/>
      </w:tblGrid>
      <w:tr w:rsidR="0094333F" w14:paraId="1593E19E" w14:textId="77777777">
        <w:trPr>
          <w:cantSplit/>
          <w:trHeight w:val="680"/>
          <w:jc w:val="center"/>
        </w:trPr>
        <w:tc>
          <w:tcPr>
            <w:tcW w:w="10368" w:type="dxa"/>
            <w:gridSpan w:val="2"/>
            <w:vAlign w:val="center"/>
          </w:tcPr>
          <w:p w14:paraId="3EAF7FBB" w14:textId="77777777" w:rsidR="0094333F" w:rsidRDefault="00000000">
            <w:pPr>
              <w:keepNext/>
            </w:pPr>
            <w:r>
              <w:rPr>
                <w:b/>
                <w:sz w:val="18"/>
              </w:rPr>
              <w:t>Universidad de origen</w:t>
            </w:r>
            <w:r>
              <w:rPr>
                <w:i/>
                <w:color w:val="444444"/>
                <w:sz w:val="17"/>
              </w:rPr>
              <w:t xml:space="preserve"> / Home university</w:t>
            </w:r>
          </w:p>
          <w:p w14:paraId="6DC40F82" w14:textId="77777777" w:rsidR="0094333F" w:rsidRDefault="00000000">
            <w:pPr>
              <w:spacing w:before="40"/>
            </w:pPr>
            <w:sdt>
              <w:sdtPr>
                <w:rPr>
                  <w:rFonts w:cs="Arial"/>
                </w:rPr>
                <w:alias w:val="Universidad de origen / Home university"/>
                <w:tag w:val="UNIVERSIDAD_ORIGEN"/>
                <w:id w:val="200012"/>
                <w:lock w:val="sdtLocked"/>
                <w:placeholder>
                  <w:docPart w:val="ULAGOS_Placeholder_1"/>
                </w:placeholder>
                <w:showingPlcHdr/>
                <w:text w:multiLine="1"/>
              </w:sdtPr>
              <w:sdtContent>
                <w:r>
                  <w:rPr>
                    <w:rFonts w:cs="Arial"/>
                    <w:color w:val="595959"/>
                  </w:rPr>
                  <w:t>Escriba aquí / Type here</w:t>
                </w:r>
              </w:sdtContent>
            </w:sdt>
          </w:p>
        </w:tc>
      </w:tr>
      <w:tr w:rsidR="0094333F" w14:paraId="1ADDC7D8" w14:textId="77777777">
        <w:trPr>
          <w:cantSplit/>
          <w:trHeight w:val="680"/>
          <w:jc w:val="center"/>
        </w:trPr>
        <w:tc>
          <w:tcPr>
            <w:tcW w:w="5184" w:type="dxa"/>
            <w:vAlign w:val="center"/>
          </w:tcPr>
          <w:p w14:paraId="654339BF" w14:textId="77777777" w:rsidR="0094333F" w:rsidRDefault="00000000">
            <w:pPr>
              <w:keepNext/>
            </w:pPr>
            <w:r>
              <w:rPr>
                <w:b/>
                <w:sz w:val="18"/>
              </w:rPr>
              <w:t>Ciudad</w:t>
            </w:r>
            <w:r>
              <w:rPr>
                <w:i/>
                <w:color w:val="444444"/>
                <w:sz w:val="17"/>
              </w:rPr>
              <w:t xml:space="preserve"> / City</w:t>
            </w:r>
          </w:p>
          <w:p w14:paraId="5F0B3BF0" w14:textId="77777777" w:rsidR="0094333F" w:rsidRDefault="00000000">
            <w:pPr>
              <w:spacing w:before="40"/>
            </w:pPr>
            <w:sdt>
              <w:sdtPr>
                <w:rPr>
                  <w:rFonts w:cs="Arial"/>
                </w:rPr>
                <w:alias w:val="Ciudad / City"/>
                <w:tag w:val="CIUDAD_ORIGEN"/>
                <w:id w:val="200013"/>
                <w:lock w:val="sdtLocked"/>
                <w:placeholder>
                  <w:docPart w:val="ULAGOS_Placeholder_1"/>
                </w:placeholder>
                <w:showingPlcHdr/>
                <w:text w:multiLine="1"/>
              </w:sdtPr>
              <w:sdtContent>
                <w:r>
                  <w:rPr>
                    <w:rFonts w:cs="Arial"/>
                    <w:color w:val="595959"/>
                  </w:rPr>
                  <w:t>Escriba aquí / Type here</w:t>
                </w:r>
              </w:sdtContent>
            </w:sdt>
          </w:p>
        </w:tc>
        <w:tc>
          <w:tcPr>
            <w:tcW w:w="5184" w:type="dxa"/>
            <w:vAlign w:val="center"/>
          </w:tcPr>
          <w:p w14:paraId="4D074113" w14:textId="77777777" w:rsidR="0094333F" w:rsidRDefault="00000000">
            <w:pPr>
              <w:keepNext/>
            </w:pPr>
            <w:r>
              <w:rPr>
                <w:b/>
                <w:sz w:val="18"/>
              </w:rPr>
              <w:t>País</w:t>
            </w:r>
            <w:r>
              <w:rPr>
                <w:i/>
                <w:color w:val="444444"/>
                <w:sz w:val="17"/>
              </w:rPr>
              <w:t xml:space="preserve"> / Country</w:t>
            </w:r>
          </w:p>
          <w:p w14:paraId="2A585C68" w14:textId="77777777" w:rsidR="0094333F" w:rsidRDefault="00000000">
            <w:pPr>
              <w:spacing w:before="40"/>
            </w:pPr>
            <w:sdt>
              <w:sdtPr>
                <w:rPr>
                  <w:rFonts w:cs="Arial"/>
                </w:rPr>
                <w:alias w:val="País / Country"/>
                <w:tag w:val="PAIS_ORIGEN"/>
                <w:id w:val="200014"/>
                <w:lock w:val="sdtLocked"/>
                <w:placeholder>
                  <w:docPart w:val="ULAGOS_Placeholder_1"/>
                </w:placeholder>
                <w:showingPlcHdr/>
                <w:text w:multiLine="1"/>
              </w:sdtPr>
              <w:sdtContent>
                <w:r>
                  <w:rPr>
                    <w:rFonts w:cs="Arial"/>
                    <w:color w:val="595959"/>
                  </w:rPr>
                  <w:t>Escriba aquí / Type here</w:t>
                </w:r>
              </w:sdtContent>
            </w:sdt>
          </w:p>
        </w:tc>
      </w:tr>
      <w:tr w:rsidR="0094333F" w14:paraId="4171082D" w14:textId="77777777">
        <w:trPr>
          <w:cantSplit/>
          <w:trHeight w:val="680"/>
          <w:jc w:val="center"/>
        </w:trPr>
        <w:tc>
          <w:tcPr>
            <w:tcW w:w="10368" w:type="dxa"/>
            <w:gridSpan w:val="2"/>
            <w:vAlign w:val="center"/>
          </w:tcPr>
          <w:p w14:paraId="49485693" w14:textId="77777777" w:rsidR="0094333F" w:rsidRDefault="00000000">
            <w:pPr>
              <w:keepNext/>
            </w:pPr>
            <w:r>
              <w:rPr>
                <w:b/>
                <w:sz w:val="18"/>
              </w:rPr>
              <w:t>Carrera o programa</w:t>
            </w:r>
            <w:r>
              <w:rPr>
                <w:i/>
                <w:color w:val="444444"/>
                <w:sz w:val="17"/>
              </w:rPr>
              <w:t xml:space="preserve"> / Degree programme</w:t>
            </w:r>
          </w:p>
          <w:p w14:paraId="772E2C93" w14:textId="77777777" w:rsidR="0094333F" w:rsidRDefault="00000000">
            <w:pPr>
              <w:spacing w:before="40"/>
            </w:pPr>
            <w:sdt>
              <w:sdtPr>
                <w:rPr>
                  <w:rFonts w:cs="Arial"/>
                </w:rPr>
                <w:alias w:val="Carrera o programa / Degree programme"/>
                <w:tag w:val="CARRERA_ORIGEN"/>
                <w:id w:val="200015"/>
                <w:lock w:val="sdtLocked"/>
                <w:placeholder>
                  <w:docPart w:val="ULAGOS_Placeholder_1"/>
                </w:placeholder>
                <w:showingPlcHdr/>
                <w:text w:multiLine="1"/>
              </w:sdtPr>
              <w:sdtContent>
                <w:r>
                  <w:rPr>
                    <w:rFonts w:cs="Arial"/>
                    <w:color w:val="595959"/>
                  </w:rPr>
                  <w:t>Escriba aquí / Type here</w:t>
                </w:r>
              </w:sdtContent>
            </w:sdt>
          </w:p>
        </w:tc>
      </w:tr>
    </w:tbl>
    <w:p w14:paraId="28537B18" w14:textId="77777777" w:rsidR="0094333F" w:rsidRDefault="00000000">
      <w:pPr>
        <w:pStyle w:val="Ttulo1"/>
        <w:pageBreakBefore/>
        <w:spacing w:before="0"/>
      </w:pPr>
      <w:r w:rsidRPr="00733700">
        <w:rPr>
          <w:rFonts w:ascii="Arial" w:hAnsi="Arial"/>
          <w:color w:val="004E9A"/>
        </w:rPr>
        <w:lastRenderedPageBreak/>
        <w:t>3 Información de la estadía en ULAGOS</w:t>
      </w:r>
      <w:r w:rsidRPr="00733700">
        <w:rPr>
          <w:rFonts w:ascii="Arial" w:hAnsi="Arial"/>
          <w:b w:val="0"/>
          <w:i/>
          <w:color w:val="004E9A"/>
          <w:sz w:val="18"/>
        </w:rPr>
        <w:t xml:space="preserve">  </w:t>
      </w:r>
      <w:r>
        <w:rPr>
          <w:rFonts w:ascii="Arial" w:hAnsi="Arial"/>
          <w:b w:val="0"/>
          <w:i/>
          <w:sz w:val="18"/>
        </w:rPr>
        <w:t>Mobility details at ULAGOS</w:t>
      </w:r>
    </w:p>
    <w:p w14:paraId="25A60BE8" w14:textId="77777777" w:rsidR="0094333F" w:rsidRDefault="00000000">
      <w:pPr>
        <w:spacing w:after="120"/>
        <w:rPr>
          <w:i/>
          <w:color w:val="4C4C4C"/>
          <w:sz w:val="18"/>
        </w:rPr>
      </w:pPr>
      <w:r>
        <w:rPr>
          <w:sz w:val="18"/>
        </w:rPr>
        <w:t>Selecciona una modalidad y completa los datos generales. Para estudios semestrales, completa A; para práctica profesional, B. Para investigación, completa los datos generales.</w:t>
      </w:r>
      <w:r>
        <w:rPr>
          <w:i/>
          <w:color w:val="4C4C4C"/>
          <w:sz w:val="18"/>
        </w:rPr>
        <w:br/>
        <w:t>Choose one mobility type and complete the general details. For semester studies, complete A; for an internship, B. For research, complete the general details.</w:t>
      </w:r>
    </w:p>
    <w:p w14:paraId="53591780" w14:textId="77777777" w:rsidR="00B60D11" w:rsidRDefault="00B60D11">
      <w:pPr>
        <w:spacing w:after="120"/>
      </w:pP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50" w:type="dxa"/>
          <w:left w:w="105" w:type="dxa"/>
          <w:bottom w:w="50" w:type="dxa"/>
          <w:right w:w="105" w:type="dxa"/>
        </w:tblCellMar>
        <w:tblLook w:val="04A0" w:firstRow="1" w:lastRow="0" w:firstColumn="1" w:lastColumn="0" w:noHBand="0" w:noVBand="1"/>
      </w:tblPr>
      <w:tblGrid>
        <w:gridCol w:w="5184"/>
        <w:gridCol w:w="5184"/>
      </w:tblGrid>
      <w:tr w:rsidR="0094333F" w14:paraId="005A10CC" w14:textId="77777777">
        <w:trPr>
          <w:cantSplit/>
          <w:trHeight w:val="720"/>
          <w:jc w:val="center"/>
        </w:trPr>
        <w:tc>
          <w:tcPr>
            <w:tcW w:w="10368" w:type="dxa"/>
            <w:gridSpan w:val="2"/>
            <w:vAlign w:val="center"/>
          </w:tcPr>
          <w:p w14:paraId="6E2381FE" w14:textId="77777777" w:rsidR="0094333F" w:rsidRDefault="00000000">
            <w:pPr>
              <w:keepNext/>
            </w:pPr>
            <w:r>
              <w:rPr>
                <w:b/>
                <w:sz w:val="18"/>
              </w:rPr>
              <w:t>Tipo de estadía</w:t>
            </w:r>
            <w:r>
              <w:rPr>
                <w:i/>
                <w:color w:val="444444"/>
                <w:sz w:val="17"/>
              </w:rPr>
              <w:t xml:space="preserve"> / Mobility type</w:t>
            </w:r>
          </w:p>
          <w:p w14:paraId="633EEEBF" w14:textId="77777777" w:rsidR="0094333F" w:rsidRDefault="00000000">
            <w:pPr>
              <w:spacing w:before="40"/>
            </w:pPr>
            <w:sdt>
              <w:sdtPr>
                <w:rPr>
                  <w:rFonts w:cs="Arial"/>
                </w:rPr>
                <w:alias w:val="Tipo de estadía / Mobility type"/>
                <w:tag w:val="TIPO_ESTADIA"/>
                <w:id w:val="200016"/>
                <w:lock w:val="sdtLocked"/>
                <w:placeholder>
                  <w:docPart w:val="ULAGOS_Placeholder_4"/>
                </w:placeholder>
                <w:showingPlcHdr/>
                <w:dropDownList>
                  <w:listItem w:displayText="Estadía semestral / Semester studies" w:value="Estadía semestral / Semester studies"/>
                  <w:listItem w:displayText="Práctica profesional / Internship" w:value="Práctica profesional / Internship"/>
                  <w:listItem w:displayText="Investigación / Research" w:value="Investigación / Research"/>
                </w:dropDownList>
              </w:sdtPr>
              <w:sdtContent>
                <w:r>
                  <w:rPr>
                    <w:rFonts w:cs="Arial"/>
                    <w:color w:val="595959"/>
                  </w:rPr>
                  <w:t>Seleccione / Select</w:t>
                </w:r>
              </w:sdtContent>
            </w:sdt>
          </w:p>
        </w:tc>
      </w:tr>
      <w:tr w:rsidR="0094333F" w14:paraId="452EA0F1" w14:textId="77777777">
        <w:trPr>
          <w:cantSplit/>
          <w:trHeight w:val="720"/>
          <w:jc w:val="center"/>
        </w:trPr>
        <w:tc>
          <w:tcPr>
            <w:tcW w:w="10368" w:type="dxa"/>
            <w:gridSpan w:val="2"/>
            <w:vAlign w:val="center"/>
          </w:tcPr>
          <w:p w14:paraId="1A431BCF" w14:textId="77777777" w:rsidR="0094333F" w:rsidRDefault="00000000">
            <w:pPr>
              <w:keepNext/>
            </w:pPr>
            <w:r>
              <w:rPr>
                <w:b/>
                <w:sz w:val="18"/>
              </w:rPr>
              <w:t>Nombre de carrera que cursará en ULAGOS</w:t>
            </w:r>
            <w:r>
              <w:rPr>
                <w:i/>
                <w:color w:val="444444"/>
                <w:sz w:val="17"/>
              </w:rPr>
              <w:t xml:space="preserve"> / Name of the degree programme you will study at ULAGOS</w:t>
            </w:r>
          </w:p>
          <w:p w14:paraId="1B8E826F" w14:textId="77777777" w:rsidR="0094333F" w:rsidRDefault="00000000">
            <w:pPr>
              <w:spacing w:before="40"/>
            </w:pPr>
            <w:sdt>
              <w:sdtPr>
                <w:rPr>
                  <w:rFonts w:cs="Arial"/>
                </w:rPr>
                <w:alias w:val="Nombre de carrera que cursará en ULAGOS / Name of the degree programme you will study at ULAGOS"/>
                <w:tag w:val="CARRERA_ULAGOS"/>
                <w:id w:val="200017"/>
                <w:lock w:val="sdtLocked"/>
                <w:placeholder>
                  <w:docPart w:val="ULAGOS_Placeholder_1"/>
                </w:placeholder>
                <w:showingPlcHdr/>
                <w:text w:multiLine="1"/>
              </w:sdtPr>
              <w:sdtContent>
                <w:r>
                  <w:rPr>
                    <w:rFonts w:cs="Arial"/>
                    <w:color w:val="595959"/>
                  </w:rPr>
                  <w:t>Escriba aquí / Type here</w:t>
                </w:r>
              </w:sdtContent>
            </w:sdt>
          </w:p>
        </w:tc>
      </w:tr>
      <w:tr w:rsidR="0094333F" w14:paraId="1870207C" w14:textId="77777777">
        <w:trPr>
          <w:cantSplit/>
          <w:trHeight w:val="720"/>
          <w:jc w:val="center"/>
        </w:trPr>
        <w:tc>
          <w:tcPr>
            <w:tcW w:w="5184" w:type="dxa"/>
            <w:vAlign w:val="center"/>
          </w:tcPr>
          <w:p w14:paraId="28E10795" w14:textId="77777777" w:rsidR="0094333F" w:rsidRDefault="00000000">
            <w:pPr>
              <w:keepNext/>
            </w:pPr>
            <w:r>
              <w:rPr>
                <w:b/>
                <w:sz w:val="18"/>
              </w:rPr>
              <w:t>Fecha de inicio</w:t>
            </w:r>
            <w:r>
              <w:rPr>
                <w:i/>
                <w:color w:val="444444"/>
                <w:sz w:val="17"/>
              </w:rPr>
              <w:t xml:space="preserve"> / Start date</w:t>
            </w:r>
          </w:p>
          <w:p w14:paraId="5BECA449" w14:textId="77777777" w:rsidR="0094333F" w:rsidRDefault="00000000">
            <w:pPr>
              <w:spacing w:before="40"/>
            </w:pPr>
            <w:sdt>
              <w:sdtPr>
                <w:rPr>
                  <w:rFonts w:cs="Arial"/>
                </w:rPr>
                <w:alias w:val="Fecha de inicio / Start date"/>
                <w:tag w:val="ESTADIA_INICIO"/>
                <w:id w:val="200018"/>
                <w:lock w:val="sdtLocked"/>
                <w:placeholder>
                  <w:docPart w:val="ULAGOS_Placeholder_2"/>
                </w:placeholder>
                <w:showingPlcHdr/>
                <w:date>
                  <w:dateFormat w:val="dd-MM-yyyy"/>
                  <w:lid w:val="es-CL"/>
                  <w:storeMappedDataAs w:val="dateTime"/>
                  <w:calendar w:val="gregorian"/>
                </w:date>
              </w:sdtPr>
              <w:sdtContent>
                <w:r>
                  <w:rPr>
                    <w:rFonts w:cs="Arial"/>
                    <w:color w:val="595959"/>
                  </w:rPr>
                  <w:t>DD-MM-AAAA</w:t>
                </w:r>
              </w:sdtContent>
            </w:sdt>
          </w:p>
        </w:tc>
        <w:tc>
          <w:tcPr>
            <w:tcW w:w="5184" w:type="dxa"/>
            <w:vAlign w:val="center"/>
          </w:tcPr>
          <w:p w14:paraId="20677776" w14:textId="77777777" w:rsidR="0094333F" w:rsidRDefault="00000000">
            <w:pPr>
              <w:keepNext/>
            </w:pPr>
            <w:r>
              <w:rPr>
                <w:b/>
                <w:sz w:val="18"/>
              </w:rPr>
              <w:t>Fecha de término</w:t>
            </w:r>
            <w:r>
              <w:rPr>
                <w:i/>
                <w:color w:val="444444"/>
                <w:sz w:val="17"/>
              </w:rPr>
              <w:t xml:space="preserve"> / End date</w:t>
            </w:r>
          </w:p>
          <w:p w14:paraId="3C5EB5C5" w14:textId="77777777" w:rsidR="0094333F" w:rsidRDefault="00000000">
            <w:pPr>
              <w:spacing w:before="40"/>
            </w:pPr>
            <w:sdt>
              <w:sdtPr>
                <w:rPr>
                  <w:rFonts w:cs="Arial"/>
                </w:rPr>
                <w:alias w:val="Fecha de término / End date"/>
                <w:tag w:val="ESTADIA_FIN"/>
                <w:id w:val="200019"/>
                <w:lock w:val="sdtLocked"/>
                <w:placeholder>
                  <w:docPart w:val="ULAGOS_Placeholder_2"/>
                </w:placeholder>
                <w:showingPlcHdr/>
                <w:date>
                  <w:dateFormat w:val="dd-MM-yyyy"/>
                  <w:lid w:val="es-CL"/>
                  <w:storeMappedDataAs w:val="dateTime"/>
                  <w:calendar w:val="gregorian"/>
                </w:date>
              </w:sdtPr>
              <w:sdtContent>
                <w:r>
                  <w:rPr>
                    <w:rFonts w:cs="Arial"/>
                    <w:color w:val="595959"/>
                  </w:rPr>
                  <w:t>DD-MM-AAAA</w:t>
                </w:r>
              </w:sdtContent>
            </w:sdt>
          </w:p>
        </w:tc>
      </w:tr>
    </w:tbl>
    <w:p w14:paraId="76035C43" w14:textId="77777777" w:rsidR="00B60D11" w:rsidRDefault="00B60D11">
      <w:pPr>
        <w:pStyle w:val="Ttulo2"/>
        <w:rPr>
          <w:rFonts w:ascii="Arial" w:hAnsi="Arial"/>
        </w:rPr>
      </w:pPr>
    </w:p>
    <w:p w14:paraId="209AE753" w14:textId="0081D318" w:rsidR="0094333F" w:rsidRPr="002E04D5" w:rsidRDefault="00000000">
      <w:pPr>
        <w:pStyle w:val="Ttulo2"/>
        <w:rPr>
          <w:color w:val="943634" w:themeColor="accent2" w:themeShade="BF"/>
        </w:rPr>
      </w:pPr>
      <w:r w:rsidRPr="002E04D5">
        <w:rPr>
          <w:rFonts w:ascii="Arial" w:hAnsi="Arial"/>
          <w:color w:val="943634" w:themeColor="accent2" w:themeShade="BF"/>
        </w:rPr>
        <w:t>A Estadía semestral</w:t>
      </w:r>
      <w:r w:rsidRPr="002E04D5">
        <w:rPr>
          <w:rFonts w:ascii="Arial" w:hAnsi="Arial"/>
          <w:b w:val="0"/>
          <w:i/>
          <w:color w:val="943634" w:themeColor="accent2" w:themeShade="BF"/>
          <w:sz w:val="18"/>
        </w:rPr>
        <w:t xml:space="preserve"> </w:t>
      </w:r>
      <w:r w:rsidR="00B915B6">
        <w:rPr>
          <w:rFonts w:ascii="Arial" w:hAnsi="Arial"/>
          <w:b w:val="0"/>
          <w:i/>
          <w:color w:val="943634" w:themeColor="accent2" w:themeShade="BF"/>
          <w:sz w:val="18"/>
        </w:rPr>
        <w:t>/</w:t>
      </w:r>
      <w:r w:rsidRPr="002E04D5">
        <w:rPr>
          <w:rFonts w:ascii="Arial" w:hAnsi="Arial"/>
          <w:b w:val="0"/>
          <w:i/>
          <w:color w:val="943634" w:themeColor="accent2" w:themeShade="BF"/>
          <w:sz w:val="18"/>
        </w:rPr>
        <w:t xml:space="preserve"> Semester studies</w:t>
      </w:r>
    </w:p>
    <w:p w14:paraId="71A9306B" w14:textId="77777777" w:rsidR="0094333F" w:rsidRDefault="00000000">
      <w:pPr>
        <w:spacing w:after="100"/>
      </w:pPr>
      <w:r>
        <w:rPr>
          <w:sz w:val="18"/>
        </w:rPr>
        <w:t>Indica las asignaturas seleccionadas para cursar en ULAGOS. Escribe una asignatura por fila. Agrega filas si lo necesitas.</w:t>
      </w:r>
      <w:r>
        <w:rPr>
          <w:i/>
          <w:color w:val="4C4C4C"/>
          <w:sz w:val="18"/>
        </w:rPr>
        <w:br/>
        <w:t>List the courses selected for study at ULAGOS. Enter one course per row. Add rows if needed.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50" w:type="dxa"/>
          <w:left w:w="105" w:type="dxa"/>
          <w:bottom w:w="50" w:type="dxa"/>
          <w:right w:w="105" w:type="dxa"/>
        </w:tblCellMar>
        <w:tblLook w:val="04A0" w:firstRow="1" w:lastRow="0" w:firstColumn="1" w:lastColumn="0" w:noHBand="0" w:noVBand="1"/>
      </w:tblPr>
      <w:tblGrid>
        <w:gridCol w:w="10368"/>
      </w:tblGrid>
      <w:tr w:rsidR="0094333F" w14:paraId="3889730C" w14:textId="77777777">
        <w:trPr>
          <w:cantSplit/>
          <w:trHeight w:val="640"/>
          <w:tblHeader/>
          <w:jc w:val="center"/>
        </w:trPr>
        <w:tc>
          <w:tcPr>
            <w:tcW w:w="10368" w:type="dxa"/>
            <w:shd w:val="clear" w:color="auto" w:fill="EDF1F4"/>
            <w:vAlign w:val="center"/>
          </w:tcPr>
          <w:p w14:paraId="02B36DD7" w14:textId="77777777" w:rsidR="0094333F" w:rsidRDefault="00000000">
            <w:pPr>
              <w:jc w:val="center"/>
            </w:pPr>
            <w:r>
              <w:rPr>
                <w:b/>
                <w:sz w:val="19"/>
              </w:rPr>
              <w:t>Asignaturas seleccionadas para cursar en ULAGOS</w:t>
            </w:r>
            <w:r>
              <w:rPr>
                <w:i/>
                <w:sz w:val="17"/>
              </w:rPr>
              <w:br/>
              <w:t>Courses selected for study at ULAGOS</w:t>
            </w:r>
          </w:p>
        </w:tc>
      </w:tr>
      <w:tr w:rsidR="0094333F" w14:paraId="487DF373" w14:textId="77777777">
        <w:trPr>
          <w:cantSplit/>
          <w:trHeight w:val="720"/>
          <w:jc w:val="center"/>
        </w:trPr>
        <w:tc>
          <w:tcPr>
            <w:tcW w:w="10368" w:type="dxa"/>
            <w:vAlign w:val="center"/>
          </w:tcPr>
          <w:p w14:paraId="0C0F7812" w14:textId="77777777" w:rsidR="0094333F" w:rsidRDefault="00000000">
            <w:sdt>
              <w:sdtPr>
                <w:rPr>
                  <w:rFonts w:cs="Arial"/>
                </w:rPr>
                <w:alias w:val="Asignatura 1 en ULAGOS"/>
                <w:tag w:val="CURSO_ULAGOS_1"/>
                <w:id w:val="200020"/>
                <w:lock w:val="sdtLocked"/>
                <w:placeholder>
                  <w:docPart w:val="ULAGOS_Placeholder_5"/>
                </w:placeholder>
                <w:showingPlcHdr/>
                <w:text w:multiLine="1"/>
              </w:sdtPr>
              <w:sdtContent>
                <w:r>
                  <w:rPr>
                    <w:rFonts w:cs="Arial"/>
                    <w:color w:val="595959"/>
                  </w:rPr>
                  <w:t>Nombre de la asignatura / Course name</w:t>
                </w:r>
              </w:sdtContent>
            </w:sdt>
          </w:p>
        </w:tc>
      </w:tr>
      <w:tr w:rsidR="0094333F" w14:paraId="217D9F6F" w14:textId="77777777">
        <w:trPr>
          <w:cantSplit/>
          <w:trHeight w:val="720"/>
          <w:jc w:val="center"/>
        </w:trPr>
        <w:tc>
          <w:tcPr>
            <w:tcW w:w="10368" w:type="dxa"/>
            <w:vAlign w:val="center"/>
          </w:tcPr>
          <w:p w14:paraId="22F1635D" w14:textId="77777777" w:rsidR="0094333F" w:rsidRDefault="00000000">
            <w:sdt>
              <w:sdtPr>
                <w:rPr>
                  <w:rFonts w:cs="Arial"/>
                </w:rPr>
                <w:alias w:val="Asignatura 2 en ULAGOS"/>
                <w:tag w:val="CURSO_ULAGOS_2"/>
                <w:id w:val="200021"/>
                <w:lock w:val="sdtLocked"/>
                <w:placeholder>
                  <w:docPart w:val="ULAGOS_Placeholder_5"/>
                </w:placeholder>
                <w:showingPlcHdr/>
                <w:text w:multiLine="1"/>
              </w:sdtPr>
              <w:sdtContent>
                <w:r>
                  <w:rPr>
                    <w:rFonts w:cs="Arial"/>
                    <w:color w:val="595959"/>
                  </w:rPr>
                  <w:t>Nombre de la asignatura / Course name</w:t>
                </w:r>
              </w:sdtContent>
            </w:sdt>
          </w:p>
        </w:tc>
      </w:tr>
      <w:tr w:rsidR="0094333F" w14:paraId="7C4DACEF" w14:textId="77777777">
        <w:trPr>
          <w:cantSplit/>
          <w:trHeight w:val="720"/>
          <w:jc w:val="center"/>
        </w:trPr>
        <w:tc>
          <w:tcPr>
            <w:tcW w:w="10368" w:type="dxa"/>
            <w:vAlign w:val="center"/>
          </w:tcPr>
          <w:p w14:paraId="6B5A2516" w14:textId="77777777" w:rsidR="0094333F" w:rsidRDefault="00000000">
            <w:sdt>
              <w:sdtPr>
                <w:rPr>
                  <w:rFonts w:cs="Arial"/>
                </w:rPr>
                <w:alias w:val="Asignatura 3 en ULAGOS"/>
                <w:tag w:val="CURSO_ULAGOS_3"/>
                <w:id w:val="200022"/>
                <w:lock w:val="sdtLocked"/>
                <w:placeholder>
                  <w:docPart w:val="ULAGOS_Placeholder_5"/>
                </w:placeholder>
                <w:showingPlcHdr/>
                <w:text w:multiLine="1"/>
              </w:sdtPr>
              <w:sdtContent>
                <w:r>
                  <w:rPr>
                    <w:rFonts w:cs="Arial"/>
                    <w:color w:val="595959"/>
                  </w:rPr>
                  <w:t>Nombre de la asignatura / Course name</w:t>
                </w:r>
              </w:sdtContent>
            </w:sdt>
          </w:p>
        </w:tc>
      </w:tr>
      <w:tr w:rsidR="0094333F" w14:paraId="7C3000AC" w14:textId="77777777">
        <w:trPr>
          <w:cantSplit/>
          <w:trHeight w:val="720"/>
          <w:jc w:val="center"/>
        </w:trPr>
        <w:tc>
          <w:tcPr>
            <w:tcW w:w="10368" w:type="dxa"/>
            <w:vAlign w:val="center"/>
          </w:tcPr>
          <w:p w14:paraId="4AF0350D" w14:textId="77777777" w:rsidR="0094333F" w:rsidRDefault="00000000">
            <w:sdt>
              <w:sdtPr>
                <w:rPr>
                  <w:rFonts w:cs="Arial"/>
                </w:rPr>
                <w:alias w:val="Asignatura 4 en ULAGOS"/>
                <w:tag w:val="CURSO_ULAGOS_4"/>
                <w:id w:val="200023"/>
                <w:lock w:val="sdtLocked"/>
                <w:placeholder>
                  <w:docPart w:val="ULAGOS_Placeholder_5"/>
                </w:placeholder>
                <w:showingPlcHdr/>
                <w:text w:multiLine="1"/>
              </w:sdtPr>
              <w:sdtContent>
                <w:r>
                  <w:rPr>
                    <w:rFonts w:cs="Arial"/>
                    <w:color w:val="595959"/>
                  </w:rPr>
                  <w:t>Nombre de la asignatura / Course name</w:t>
                </w:r>
              </w:sdtContent>
            </w:sdt>
          </w:p>
        </w:tc>
      </w:tr>
      <w:tr w:rsidR="0094333F" w14:paraId="28B35DE5" w14:textId="77777777">
        <w:trPr>
          <w:cantSplit/>
          <w:trHeight w:val="720"/>
          <w:jc w:val="center"/>
        </w:trPr>
        <w:tc>
          <w:tcPr>
            <w:tcW w:w="10368" w:type="dxa"/>
            <w:vAlign w:val="center"/>
          </w:tcPr>
          <w:p w14:paraId="5896B53A" w14:textId="77777777" w:rsidR="0094333F" w:rsidRDefault="00000000">
            <w:sdt>
              <w:sdtPr>
                <w:rPr>
                  <w:rFonts w:cs="Arial"/>
                </w:rPr>
                <w:alias w:val="Asignatura 5 en ULAGOS"/>
                <w:tag w:val="CURSO_ULAGOS_5"/>
                <w:id w:val="200024"/>
                <w:lock w:val="sdtLocked"/>
                <w:placeholder>
                  <w:docPart w:val="ULAGOS_Placeholder_5"/>
                </w:placeholder>
                <w:showingPlcHdr/>
                <w:text w:multiLine="1"/>
              </w:sdtPr>
              <w:sdtContent>
                <w:r>
                  <w:rPr>
                    <w:rFonts w:cs="Arial"/>
                    <w:color w:val="595959"/>
                  </w:rPr>
                  <w:t>Nombre de la asignatura / Course name</w:t>
                </w:r>
              </w:sdtContent>
            </w:sdt>
          </w:p>
        </w:tc>
      </w:tr>
    </w:tbl>
    <w:p w14:paraId="0425DC48" w14:textId="0F8BFD8A" w:rsidR="0094333F" w:rsidRPr="002E04D5" w:rsidRDefault="00000000">
      <w:pPr>
        <w:pStyle w:val="Ttulo2"/>
        <w:rPr>
          <w:color w:val="943634" w:themeColor="accent2" w:themeShade="BF"/>
        </w:rPr>
      </w:pPr>
      <w:r w:rsidRPr="002E04D5">
        <w:rPr>
          <w:rFonts w:ascii="Arial" w:hAnsi="Arial"/>
          <w:color w:val="943634" w:themeColor="accent2" w:themeShade="BF"/>
        </w:rPr>
        <w:t>B Práctica profesional</w:t>
      </w:r>
      <w:r w:rsidRPr="002E04D5">
        <w:rPr>
          <w:rFonts w:ascii="Arial" w:hAnsi="Arial"/>
          <w:b w:val="0"/>
          <w:i/>
          <w:color w:val="943634" w:themeColor="accent2" w:themeShade="BF"/>
          <w:sz w:val="18"/>
        </w:rPr>
        <w:t xml:space="preserve"> </w:t>
      </w:r>
      <w:r w:rsidR="00B915B6">
        <w:rPr>
          <w:rFonts w:ascii="Arial" w:hAnsi="Arial"/>
          <w:b w:val="0"/>
          <w:i/>
          <w:color w:val="943634" w:themeColor="accent2" w:themeShade="BF"/>
          <w:sz w:val="18"/>
        </w:rPr>
        <w:t>/</w:t>
      </w:r>
      <w:r w:rsidRPr="002E04D5">
        <w:rPr>
          <w:rFonts w:ascii="Arial" w:hAnsi="Arial"/>
          <w:b w:val="0"/>
          <w:i/>
          <w:color w:val="943634" w:themeColor="accent2" w:themeShade="BF"/>
          <w:sz w:val="18"/>
        </w:rPr>
        <w:t xml:space="preserve"> Professional internship</w:t>
      </w:r>
    </w:p>
    <w:p w14:paraId="3B807193" w14:textId="77777777" w:rsidR="0094333F" w:rsidRDefault="00000000">
      <w:pPr>
        <w:spacing w:after="80"/>
      </w:pPr>
      <w:r>
        <w:rPr>
          <w:sz w:val="18"/>
        </w:rPr>
        <w:t>Completa este apartado sólo si postulas a una práctica profesional.</w:t>
      </w:r>
      <w:r>
        <w:rPr>
          <w:i/>
          <w:color w:val="4C4C4C"/>
          <w:sz w:val="18"/>
        </w:rPr>
        <w:br/>
        <w:t>Complete this section only if you are applying for a professional internship.</w:t>
      </w:r>
    </w:p>
    <w:p w14:paraId="4991EFD1" w14:textId="0DC43035" w:rsidR="0094333F" w:rsidRDefault="00000000">
      <w:pPr>
        <w:spacing w:after="100"/>
      </w:pPr>
      <w:r>
        <w:rPr>
          <w:b/>
          <w:sz w:val="18"/>
        </w:rPr>
        <w:t xml:space="preserve">Las carreras del área de </w:t>
      </w:r>
      <w:r w:rsidR="00720059">
        <w:rPr>
          <w:b/>
          <w:sz w:val="18"/>
        </w:rPr>
        <w:t>S</w:t>
      </w:r>
      <w:r>
        <w:rPr>
          <w:b/>
          <w:sz w:val="18"/>
        </w:rPr>
        <w:t>alud y Arquitectura no tienen admisión a prácticas profesionales.</w:t>
      </w:r>
      <w:r>
        <w:rPr>
          <w:i/>
          <w:color w:val="4C4C4C"/>
          <w:sz w:val="18"/>
        </w:rPr>
        <w:br/>
        <w:t>Health-related degree programmes and Architecture do not accept internship applications.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50" w:type="dxa"/>
          <w:left w:w="105" w:type="dxa"/>
          <w:bottom w:w="50" w:type="dxa"/>
          <w:right w:w="105" w:type="dxa"/>
        </w:tblCellMar>
        <w:tblLook w:val="04A0" w:firstRow="1" w:lastRow="0" w:firstColumn="1" w:lastColumn="0" w:noHBand="0" w:noVBand="1"/>
      </w:tblPr>
      <w:tblGrid>
        <w:gridCol w:w="7416"/>
        <w:gridCol w:w="2952"/>
      </w:tblGrid>
      <w:tr w:rsidR="0094333F" w14:paraId="1D7F5D39" w14:textId="77777777">
        <w:trPr>
          <w:cantSplit/>
          <w:trHeight w:val="800"/>
          <w:jc w:val="center"/>
        </w:trPr>
        <w:tc>
          <w:tcPr>
            <w:tcW w:w="7416" w:type="dxa"/>
            <w:vAlign w:val="center"/>
          </w:tcPr>
          <w:p w14:paraId="7EA9EF7A" w14:textId="77777777" w:rsidR="0094333F" w:rsidRDefault="00000000">
            <w:pPr>
              <w:keepNext/>
            </w:pPr>
            <w:r>
              <w:rPr>
                <w:b/>
                <w:sz w:val="18"/>
              </w:rPr>
              <w:t>Área de especialización</w:t>
            </w:r>
            <w:r>
              <w:rPr>
                <w:i/>
                <w:color w:val="444444"/>
                <w:sz w:val="17"/>
              </w:rPr>
              <w:t xml:space="preserve"> / Subject area</w:t>
            </w:r>
          </w:p>
          <w:p w14:paraId="58551142" w14:textId="77777777" w:rsidR="0094333F" w:rsidRDefault="00000000">
            <w:pPr>
              <w:spacing w:before="40"/>
            </w:pPr>
            <w:sdt>
              <w:sdtPr>
                <w:rPr>
                  <w:rFonts w:cs="Arial"/>
                </w:rPr>
                <w:alias w:val="Área de especialización / Subject area"/>
                <w:tag w:val="PRACTICA_AREA"/>
                <w:id w:val="200025"/>
                <w:lock w:val="sdtLocked"/>
                <w:placeholder>
                  <w:docPart w:val="ULAGOS_Placeholder_1"/>
                </w:placeholder>
                <w:showingPlcHdr/>
                <w:text w:multiLine="1"/>
              </w:sdtPr>
              <w:sdtContent>
                <w:r>
                  <w:rPr>
                    <w:rFonts w:cs="Arial"/>
                    <w:color w:val="595959"/>
                  </w:rPr>
                  <w:t>Escriba aquí / Type here</w:t>
                </w:r>
              </w:sdtContent>
            </w:sdt>
          </w:p>
        </w:tc>
        <w:tc>
          <w:tcPr>
            <w:tcW w:w="2952" w:type="dxa"/>
            <w:vAlign w:val="center"/>
          </w:tcPr>
          <w:p w14:paraId="5283E738" w14:textId="77777777" w:rsidR="0094333F" w:rsidRDefault="00000000">
            <w:pPr>
              <w:keepNext/>
            </w:pPr>
            <w:r>
              <w:rPr>
                <w:b/>
                <w:sz w:val="18"/>
              </w:rPr>
              <w:t>Total de horas</w:t>
            </w:r>
            <w:r>
              <w:rPr>
                <w:i/>
                <w:color w:val="444444"/>
                <w:sz w:val="17"/>
              </w:rPr>
              <w:t xml:space="preserve"> / Total hours</w:t>
            </w:r>
          </w:p>
          <w:p w14:paraId="294A2BCF" w14:textId="77777777" w:rsidR="0094333F" w:rsidRDefault="00000000">
            <w:pPr>
              <w:spacing w:before="40"/>
            </w:pPr>
            <w:sdt>
              <w:sdtPr>
                <w:rPr>
                  <w:rFonts w:cs="Arial"/>
                </w:rPr>
                <w:alias w:val="Total de horas / Total hours"/>
                <w:tag w:val="PRACTICA_HORAS"/>
                <w:id w:val="200026"/>
                <w:lock w:val="sdtLocked"/>
                <w:placeholder>
                  <w:docPart w:val="ULAGOS_Placeholder_1"/>
                </w:placeholder>
                <w:showingPlcHdr/>
                <w:text w:multiLine="1"/>
              </w:sdtPr>
              <w:sdtContent>
                <w:r>
                  <w:rPr>
                    <w:rFonts w:cs="Arial"/>
                    <w:color w:val="595959"/>
                  </w:rPr>
                  <w:t>Escriba aquí / Type here</w:t>
                </w:r>
              </w:sdtContent>
            </w:sdt>
          </w:p>
        </w:tc>
      </w:tr>
    </w:tbl>
    <w:p w14:paraId="3A280FF3" w14:textId="77777777" w:rsidR="0094333F" w:rsidRPr="002E04D5" w:rsidRDefault="00000000">
      <w:pPr>
        <w:pStyle w:val="Ttulo1"/>
        <w:pageBreakBefore/>
        <w:spacing w:before="0"/>
        <w:rPr>
          <w:color w:val="1F497D" w:themeColor="text2"/>
        </w:rPr>
      </w:pPr>
      <w:r w:rsidRPr="002E04D5">
        <w:rPr>
          <w:rFonts w:ascii="Arial" w:hAnsi="Arial"/>
          <w:color w:val="1F497D" w:themeColor="text2"/>
        </w:rPr>
        <w:lastRenderedPageBreak/>
        <w:t>4 Nivel de idioma español</w:t>
      </w:r>
      <w:r w:rsidRPr="002E04D5">
        <w:rPr>
          <w:rFonts w:ascii="Arial" w:hAnsi="Arial"/>
          <w:b w:val="0"/>
          <w:i/>
          <w:color w:val="1F497D" w:themeColor="text2"/>
          <w:sz w:val="18"/>
        </w:rPr>
        <w:t xml:space="preserve">  Spanish language skills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50" w:type="dxa"/>
          <w:left w:w="105" w:type="dxa"/>
          <w:bottom w:w="50" w:type="dxa"/>
          <w:right w:w="105" w:type="dxa"/>
        </w:tblCellMar>
        <w:tblLook w:val="04A0" w:firstRow="1" w:lastRow="0" w:firstColumn="1" w:lastColumn="0" w:noHBand="0" w:noVBand="1"/>
      </w:tblPr>
      <w:tblGrid>
        <w:gridCol w:w="2592"/>
        <w:gridCol w:w="2592"/>
        <w:gridCol w:w="2592"/>
        <w:gridCol w:w="2592"/>
      </w:tblGrid>
      <w:tr w:rsidR="0094333F" w14:paraId="665EFE76" w14:textId="77777777">
        <w:trPr>
          <w:cantSplit/>
          <w:trHeight w:val="940"/>
          <w:jc w:val="center"/>
        </w:trPr>
        <w:tc>
          <w:tcPr>
            <w:tcW w:w="2592" w:type="dxa"/>
            <w:vAlign w:val="center"/>
          </w:tcPr>
          <w:p w14:paraId="2DF8B89E" w14:textId="77777777" w:rsidR="0094333F" w:rsidRDefault="00000000">
            <w:pPr>
              <w:keepNext/>
            </w:pPr>
            <w:r>
              <w:rPr>
                <w:b/>
                <w:sz w:val="18"/>
              </w:rPr>
              <w:t>Expresión oral</w:t>
            </w:r>
            <w:r>
              <w:rPr>
                <w:i/>
                <w:color w:val="444444"/>
                <w:sz w:val="17"/>
              </w:rPr>
              <w:t xml:space="preserve"> / Speaking</w:t>
            </w:r>
          </w:p>
          <w:p w14:paraId="39CF48FC" w14:textId="77777777" w:rsidR="0094333F" w:rsidRDefault="00000000">
            <w:pPr>
              <w:spacing w:before="40"/>
            </w:pPr>
            <w:sdt>
              <w:sdtPr>
                <w:rPr>
                  <w:rFonts w:cs="Arial"/>
                </w:rPr>
                <w:alias w:val="Expresión oral / Speaking"/>
                <w:tag w:val="ESP_ORAL"/>
                <w:id w:val="200027"/>
                <w:lock w:val="sdtLocked"/>
                <w:placeholder>
                  <w:docPart w:val="ULAGOS_Placeholder_4"/>
                </w:placeholder>
                <w:showingPlcHdr/>
                <w:dropDownList>
                  <w:listItem w:displayText="Básico / Beginner" w:value="Básico / Beginner"/>
                  <w:listItem w:displayText="Intermedio / Intermediate" w:value="Intermedio / Intermediate"/>
                  <w:listItem w:displayText="Avanzado / Advanced" w:value="Avanzado / Advanced"/>
                </w:dropDownList>
              </w:sdtPr>
              <w:sdtContent>
                <w:r>
                  <w:rPr>
                    <w:rFonts w:cs="Arial"/>
                    <w:color w:val="595959"/>
                  </w:rPr>
                  <w:t>Seleccione / Select</w:t>
                </w:r>
              </w:sdtContent>
            </w:sdt>
          </w:p>
        </w:tc>
        <w:tc>
          <w:tcPr>
            <w:tcW w:w="2592" w:type="dxa"/>
            <w:vAlign w:val="center"/>
          </w:tcPr>
          <w:p w14:paraId="602FBF3D" w14:textId="77777777" w:rsidR="0094333F" w:rsidRDefault="00000000">
            <w:pPr>
              <w:keepNext/>
            </w:pPr>
            <w:r>
              <w:rPr>
                <w:b/>
                <w:sz w:val="18"/>
              </w:rPr>
              <w:t>Lectura</w:t>
            </w:r>
            <w:r>
              <w:rPr>
                <w:i/>
                <w:color w:val="444444"/>
                <w:sz w:val="17"/>
              </w:rPr>
              <w:t xml:space="preserve"> / Reading</w:t>
            </w:r>
          </w:p>
          <w:p w14:paraId="22C8833E" w14:textId="77777777" w:rsidR="0094333F" w:rsidRDefault="00000000">
            <w:pPr>
              <w:spacing w:before="40"/>
            </w:pPr>
            <w:sdt>
              <w:sdtPr>
                <w:rPr>
                  <w:rFonts w:cs="Arial"/>
                </w:rPr>
                <w:alias w:val="Lectura / Reading"/>
                <w:tag w:val="ESP_LECTURA"/>
                <w:id w:val="200028"/>
                <w:lock w:val="sdtLocked"/>
                <w:placeholder>
                  <w:docPart w:val="ULAGOS_Placeholder_4"/>
                </w:placeholder>
                <w:showingPlcHdr/>
                <w:dropDownList>
                  <w:listItem w:displayText="Básico / Beginner" w:value="Básico / Beginner"/>
                  <w:listItem w:displayText="Intermedio / Intermediate" w:value="Intermedio / Intermediate"/>
                  <w:listItem w:displayText="Avanzado / Advanced" w:value="Avanzado / Advanced"/>
                </w:dropDownList>
              </w:sdtPr>
              <w:sdtContent>
                <w:r>
                  <w:rPr>
                    <w:rFonts w:cs="Arial"/>
                    <w:color w:val="595959"/>
                  </w:rPr>
                  <w:t>Seleccione / Select</w:t>
                </w:r>
              </w:sdtContent>
            </w:sdt>
          </w:p>
        </w:tc>
        <w:tc>
          <w:tcPr>
            <w:tcW w:w="2592" w:type="dxa"/>
            <w:vAlign w:val="center"/>
          </w:tcPr>
          <w:p w14:paraId="015FB393" w14:textId="77777777" w:rsidR="0094333F" w:rsidRDefault="00000000">
            <w:pPr>
              <w:keepNext/>
            </w:pPr>
            <w:r>
              <w:rPr>
                <w:b/>
                <w:sz w:val="18"/>
              </w:rPr>
              <w:t>Escritura</w:t>
            </w:r>
            <w:r>
              <w:rPr>
                <w:i/>
                <w:color w:val="444444"/>
                <w:sz w:val="17"/>
              </w:rPr>
              <w:t xml:space="preserve"> / Writing</w:t>
            </w:r>
          </w:p>
          <w:p w14:paraId="4F78BDE8" w14:textId="77777777" w:rsidR="0094333F" w:rsidRDefault="00000000">
            <w:pPr>
              <w:spacing w:before="40"/>
            </w:pPr>
            <w:sdt>
              <w:sdtPr>
                <w:rPr>
                  <w:rFonts w:cs="Arial"/>
                </w:rPr>
                <w:alias w:val="Escritura / Writing"/>
                <w:tag w:val="ESP_ESCRITURA"/>
                <w:id w:val="200029"/>
                <w:lock w:val="sdtLocked"/>
                <w:placeholder>
                  <w:docPart w:val="ULAGOS_Placeholder_4"/>
                </w:placeholder>
                <w:showingPlcHdr/>
                <w:dropDownList>
                  <w:listItem w:displayText="Básico / Beginner" w:value="Básico / Beginner"/>
                  <w:listItem w:displayText="Intermedio / Intermediate" w:value="Intermedio / Intermediate"/>
                  <w:listItem w:displayText="Avanzado / Advanced" w:value="Avanzado / Advanced"/>
                </w:dropDownList>
              </w:sdtPr>
              <w:sdtContent>
                <w:r>
                  <w:rPr>
                    <w:rFonts w:cs="Arial"/>
                    <w:color w:val="595959"/>
                  </w:rPr>
                  <w:t>Seleccione / Select</w:t>
                </w:r>
              </w:sdtContent>
            </w:sdt>
          </w:p>
        </w:tc>
        <w:tc>
          <w:tcPr>
            <w:tcW w:w="2592" w:type="dxa"/>
            <w:vAlign w:val="center"/>
          </w:tcPr>
          <w:p w14:paraId="661A4D43" w14:textId="77777777" w:rsidR="0094333F" w:rsidRDefault="00000000">
            <w:pPr>
              <w:keepNext/>
            </w:pPr>
            <w:r>
              <w:rPr>
                <w:b/>
                <w:sz w:val="18"/>
              </w:rPr>
              <w:t>Comprensión</w:t>
            </w:r>
            <w:r>
              <w:rPr>
                <w:i/>
                <w:color w:val="444444"/>
                <w:sz w:val="17"/>
              </w:rPr>
              <w:t xml:space="preserve"> / Comprehension</w:t>
            </w:r>
          </w:p>
          <w:p w14:paraId="1A1302CC" w14:textId="77777777" w:rsidR="0094333F" w:rsidRDefault="00000000">
            <w:pPr>
              <w:spacing w:before="40"/>
            </w:pPr>
            <w:sdt>
              <w:sdtPr>
                <w:rPr>
                  <w:rFonts w:cs="Arial"/>
                </w:rPr>
                <w:alias w:val="Comprensión / Comprehension"/>
                <w:tag w:val="ESP_COMPRENSION"/>
                <w:id w:val="200030"/>
                <w:lock w:val="sdtLocked"/>
                <w:placeholder>
                  <w:docPart w:val="ULAGOS_Placeholder_4"/>
                </w:placeholder>
                <w:showingPlcHdr/>
                <w:dropDownList>
                  <w:listItem w:displayText="Básico / Beginner" w:value="Básico / Beginner"/>
                  <w:listItem w:displayText="Intermedio / Intermediate" w:value="Intermedio / Intermediate"/>
                  <w:listItem w:displayText="Avanzado / Advanced" w:value="Avanzado / Advanced"/>
                </w:dropDownList>
              </w:sdtPr>
              <w:sdtContent>
                <w:r>
                  <w:rPr>
                    <w:rFonts w:cs="Arial"/>
                    <w:color w:val="595959"/>
                  </w:rPr>
                  <w:t>Seleccione / Select</w:t>
                </w:r>
              </w:sdtContent>
            </w:sdt>
          </w:p>
        </w:tc>
      </w:tr>
    </w:tbl>
    <w:p w14:paraId="6554D11A" w14:textId="59276EF4" w:rsidR="0094333F" w:rsidRPr="002E04D5" w:rsidRDefault="00000000">
      <w:pPr>
        <w:pStyle w:val="Ttulo1"/>
        <w:rPr>
          <w:color w:val="1F497D" w:themeColor="text2"/>
        </w:rPr>
      </w:pPr>
      <w:r w:rsidRPr="002E04D5">
        <w:rPr>
          <w:rFonts w:ascii="Arial" w:hAnsi="Arial"/>
          <w:color w:val="1F497D" w:themeColor="text2"/>
        </w:rPr>
        <w:t xml:space="preserve">5 </w:t>
      </w:r>
      <w:r w:rsidR="0049708D">
        <w:rPr>
          <w:rFonts w:ascii="Arial" w:hAnsi="Arial"/>
          <w:color w:val="1F497D" w:themeColor="text2"/>
        </w:rPr>
        <w:t>Nombre y firma Coordinador/a de Movilidad</w:t>
      </w:r>
      <w:r w:rsidRPr="002E04D5">
        <w:rPr>
          <w:rFonts w:ascii="Arial" w:hAnsi="Arial"/>
          <w:color w:val="1F497D" w:themeColor="text2"/>
        </w:rPr>
        <w:t xml:space="preserve"> de la Universidad de origen</w:t>
      </w:r>
      <w:r w:rsidRPr="002E04D5">
        <w:rPr>
          <w:rFonts w:ascii="Arial" w:hAnsi="Arial"/>
          <w:b w:val="0"/>
          <w:i/>
          <w:color w:val="1F497D" w:themeColor="text2"/>
          <w:sz w:val="18"/>
        </w:rPr>
        <w:t xml:space="preserve">  Home university endorsement</w:t>
      </w:r>
    </w:p>
    <w:p w14:paraId="01E6C34B" w14:textId="77777777" w:rsidR="0094333F" w:rsidRDefault="00000000">
      <w:pPr>
        <w:spacing w:after="80"/>
      </w:pPr>
      <w:r>
        <w:rPr>
          <w:sz w:val="18"/>
        </w:rPr>
        <w:t>Inserta la firma o firma el documento al imprimirlo. / Insert the signature or sign the printed copy.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50" w:type="dxa"/>
          <w:left w:w="105" w:type="dxa"/>
          <w:bottom w:w="50" w:type="dxa"/>
          <w:right w:w="105" w:type="dxa"/>
        </w:tblCellMar>
        <w:tblLook w:val="04A0" w:firstRow="1" w:lastRow="0" w:firstColumn="1" w:lastColumn="0" w:noHBand="0" w:noVBand="1"/>
      </w:tblPr>
      <w:tblGrid>
        <w:gridCol w:w="10368"/>
      </w:tblGrid>
      <w:tr w:rsidR="0094333F" w14:paraId="76F6E644" w14:textId="77777777">
        <w:trPr>
          <w:cantSplit/>
          <w:trHeight w:val="1320"/>
          <w:jc w:val="center"/>
        </w:trPr>
        <w:tc>
          <w:tcPr>
            <w:tcW w:w="10368" w:type="dxa"/>
            <w:vAlign w:val="center"/>
          </w:tcPr>
          <w:p w14:paraId="0CDEB67E" w14:textId="502C50B2" w:rsidR="0094333F" w:rsidRDefault="0049708D">
            <w:pPr>
              <w:keepNext/>
            </w:pPr>
            <w:r>
              <w:rPr>
                <w:b/>
                <w:sz w:val="18"/>
              </w:rPr>
              <w:t>Nombre y f</w:t>
            </w:r>
            <w:r w:rsidR="00000000">
              <w:rPr>
                <w:b/>
                <w:sz w:val="18"/>
              </w:rPr>
              <w:t xml:space="preserve">irma </w:t>
            </w:r>
            <w:r>
              <w:rPr>
                <w:b/>
                <w:sz w:val="18"/>
              </w:rPr>
              <w:t xml:space="preserve">Coordinado/a de Movilidad </w:t>
            </w:r>
            <w:r w:rsidR="00000000">
              <w:rPr>
                <w:b/>
                <w:sz w:val="18"/>
              </w:rPr>
              <w:t>de la Universidad de origen que avala la postulación</w:t>
            </w:r>
            <w:r w:rsidR="00000000">
              <w:rPr>
                <w:i/>
                <w:color w:val="444444"/>
                <w:sz w:val="17"/>
              </w:rPr>
              <w:t xml:space="preserve"> / Signature of the home university endorsing the application</w:t>
            </w:r>
          </w:p>
          <w:p w14:paraId="570BB3A0" w14:textId="540B65F8" w:rsidR="0094333F" w:rsidRDefault="00000000">
            <w:pPr>
              <w:spacing w:before="40"/>
            </w:pPr>
            <w:sdt>
              <w:sdtPr>
                <w:rPr>
                  <w:rFonts w:cs="Arial"/>
                </w:rPr>
                <w:alias w:val="Firma de la Universidad de origen que avala la postulación / Signature of the home university endorsing the application"/>
                <w:tag w:val="COORDINADOR_FIRMA"/>
                <w:id w:val="200031"/>
                <w:lock w:val="sdtLocked"/>
                <w:placeholder>
                  <w:docPart w:val="ULAGOS_Placeholder_6"/>
                </w:placeholder>
                <w:showingPlcHdr/>
              </w:sdtPr>
              <w:sdtContent>
                <w:r w:rsidR="0049708D" w:rsidRPr="0049708D">
                  <w:rPr>
                    <w:rFonts w:cs="Arial"/>
                    <w:color w:val="595959"/>
                  </w:rPr>
                  <w:t>Inserte firma / Insert signature</w:t>
                </w:r>
              </w:sdtContent>
            </w:sdt>
          </w:p>
        </w:tc>
      </w:tr>
    </w:tbl>
    <w:p w14:paraId="78ECB7DC" w14:textId="55D3AF2B" w:rsidR="0094333F" w:rsidRPr="002E04D5" w:rsidRDefault="00000000">
      <w:pPr>
        <w:pStyle w:val="Ttulo1"/>
        <w:rPr>
          <w:color w:val="1F497D" w:themeColor="text2"/>
        </w:rPr>
      </w:pPr>
      <w:r w:rsidRPr="002E04D5">
        <w:rPr>
          <w:rFonts w:ascii="Arial" w:hAnsi="Arial"/>
          <w:color w:val="1F497D" w:themeColor="text2"/>
        </w:rPr>
        <w:t>6 Documentos que se deben adjuntar</w:t>
      </w:r>
      <w:r w:rsidR="00720059" w:rsidRPr="002E04D5">
        <w:rPr>
          <w:rFonts w:ascii="Arial" w:hAnsi="Arial"/>
          <w:color w:val="1F497D" w:themeColor="text2"/>
        </w:rPr>
        <w:t xml:space="preserve"> a este Formulario de Postulación</w:t>
      </w:r>
      <w:r w:rsidRPr="002E04D5">
        <w:rPr>
          <w:rFonts w:ascii="Arial" w:hAnsi="Arial"/>
          <w:b w:val="0"/>
          <w:i/>
          <w:color w:val="1F497D" w:themeColor="text2"/>
          <w:sz w:val="18"/>
        </w:rPr>
        <w:t xml:space="preserve">  Required documents</w:t>
      </w:r>
    </w:p>
    <w:p w14:paraId="6BA5FE3A" w14:textId="77777777" w:rsidR="00720059" w:rsidRDefault="00720059">
      <w:pPr>
        <w:pStyle w:val="Ttulo2"/>
        <w:rPr>
          <w:rFonts w:ascii="Arial" w:hAnsi="Arial"/>
          <w:u w:val="single"/>
        </w:rPr>
      </w:pPr>
    </w:p>
    <w:p w14:paraId="2C566830" w14:textId="2CE1C096" w:rsidR="0094333F" w:rsidRDefault="00000000">
      <w:pPr>
        <w:pStyle w:val="Ttulo2"/>
      </w:pPr>
      <w:r w:rsidRPr="00720059">
        <w:rPr>
          <w:rFonts w:ascii="Arial" w:hAnsi="Arial"/>
          <w:u w:val="single"/>
        </w:rPr>
        <w:t>En la etapa de postulación</w:t>
      </w:r>
      <w:r>
        <w:rPr>
          <w:rFonts w:ascii="Arial" w:hAnsi="Arial"/>
          <w:b w:val="0"/>
          <w:i/>
          <w:sz w:val="18"/>
        </w:rPr>
        <w:t xml:space="preserve">  At the application stage</w:t>
      </w:r>
    </w:p>
    <w:p w14:paraId="09E7B742" w14:textId="1171765B" w:rsidR="0094333F" w:rsidRDefault="00000000">
      <w:pPr>
        <w:spacing w:after="40"/>
      </w:pPr>
      <w:sdt>
        <w:sdtPr>
          <w:rPr>
            <w:rFonts w:cs="Arial"/>
          </w:rPr>
          <w:alias w:val="Carta de expresión de motivos del postulante"/>
          <w:tag w:val="DOC_MOTIVOS"/>
          <w:id w:val="200032"/>
          <w:lock w:val="sdtLocked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 w:rsidR="0049708D">
            <w:rPr>
              <w:rFonts w:ascii="DejaVu Sans" w:hAnsi="DejaVu Sans" w:cs="Arial"/>
            </w:rPr>
            <w:t>☐</w:t>
          </w:r>
        </w:sdtContent>
      </w:sdt>
      <w:r>
        <w:rPr>
          <w:sz w:val="20"/>
        </w:rPr>
        <w:t xml:space="preserve">  Carta de expresión de motivos del postulante</w:t>
      </w:r>
      <w:r>
        <w:rPr>
          <w:i/>
          <w:color w:val="444444"/>
          <w:sz w:val="18"/>
        </w:rPr>
        <w:t xml:space="preserve"> / Motivation letter</w:t>
      </w:r>
    </w:p>
    <w:p w14:paraId="196E0CD6" w14:textId="59068B24" w:rsidR="0094333F" w:rsidRDefault="00000000">
      <w:pPr>
        <w:spacing w:after="40"/>
      </w:pPr>
      <w:sdt>
        <w:sdtPr>
          <w:rPr>
            <w:rFonts w:cs="Arial"/>
          </w:rPr>
          <w:alias w:val="Certificado de concentración de calificaciones"/>
          <w:tag w:val="DOC_NOTAS"/>
          <w:id w:val="200033"/>
          <w:lock w:val="sdtLocked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 w:rsidR="0049708D">
            <w:rPr>
              <w:rFonts w:ascii="DejaVu Sans" w:hAnsi="DejaVu Sans" w:cs="Arial"/>
            </w:rPr>
            <w:t>☐</w:t>
          </w:r>
        </w:sdtContent>
      </w:sdt>
      <w:r>
        <w:rPr>
          <w:sz w:val="20"/>
        </w:rPr>
        <w:t xml:space="preserve">  Certificado de concentración de calificaciones</w:t>
      </w:r>
      <w:r>
        <w:rPr>
          <w:i/>
          <w:color w:val="444444"/>
          <w:sz w:val="18"/>
        </w:rPr>
        <w:t xml:space="preserve"> / Transcript of records</w:t>
      </w:r>
    </w:p>
    <w:p w14:paraId="0A59AA2A" w14:textId="77777777" w:rsidR="00720059" w:rsidRDefault="00720059">
      <w:pPr>
        <w:pStyle w:val="Ttulo2"/>
        <w:rPr>
          <w:rFonts w:ascii="Arial" w:hAnsi="Arial"/>
          <w:u w:val="single"/>
        </w:rPr>
      </w:pPr>
    </w:p>
    <w:p w14:paraId="2DEF2783" w14:textId="34F3DC5D" w:rsidR="0094333F" w:rsidRPr="002E04D5" w:rsidRDefault="00000000">
      <w:pPr>
        <w:pStyle w:val="Ttulo2"/>
        <w:rPr>
          <w:color w:val="C00000"/>
        </w:rPr>
      </w:pPr>
      <w:r w:rsidRPr="002E04D5">
        <w:rPr>
          <w:rFonts w:ascii="Arial" w:hAnsi="Arial"/>
          <w:color w:val="C00000"/>
          <w:u w:val="single"/>
        </w:rPr>
        <w:t>Una vez aceptado en ULAGOS</w:t>
      </w:r>
      <w:r w:rsidRPr="002E04D5">
        <w:rPr>
          <w:rFonts w:ascii="Arial" w:hAnsi="Arial"/>
          <w:b w:val="0"/>
          <w:i/>
          <w:color w:val="C00000"/>
          <w:sz w:val="18"/>
        </w:rPr>
        <w:t xml:space="preserve">  Once accepted at ULAGOS</w:t>
      </w:r>
    </w:p>
    <w:p w14:paraId="4ACBA827" w14:textId="77777777" w:rsidR="0094333F" w:rsidRDefault="00000000">
      <w:pPr>
        <w:spacing w:after="100"/>
      </w:pPr>
      <w:r>
        <w:rPr>
          <w:b/>
          <w:sz w:val="19"/>
        </w:rPr>
        <w:t>La presentación de los siguientes documentos es obligatoria.</w:t>
      </w:r>
      <w:r>
        <w:rPr>
          <w:i/>
          <w:color w:val="4C4C4C"/>
          <w:sz w:val="19"/>
        </w:rPr>
        <w:br/>
        <w:t>Submission of the following documents is mandatory.</w:t>
      </w:r>
    </w:p>
    <w:p w14:paraId="01FEB8AA" w14:textId="77777777" w:rsidR="0094333F" w:rsidRDefault="00000000">
      <w:pPr>
        <w:spacing w:after="40"/>
      </w:pPr>
      <w:sdt>
        <w:sdtPr>
          <w:rPr>
            <w:rFonts w:cs="Arial"/>
          </w:rPr>
          <w:alias w:val="Copia del pasaporte vigente"/>
          <w:tag w:val="DOC_PASAPORTE"/>
          <w:id w:val="200034"/>
          <w:lock w:val="sdtLocked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 w:cs="DejaVu Sans"/>
              <w:sz w:val="23"/>
            </w:rPr>
            <w:t>☐</w:t>
          </w:r>
        </w:sdtContent>
      </w:sdt>
      <w:r>
        <w:rPr>
          <w:sz w:val="20"/>
        </w:rPr>
        <w:t xml:space="preserve">  Copia del pasaporte vigente</w:t>
      </w:r>
      <w:r>
        <w:rPr>
          <w:i/>
          <w:color w:val="444444"/>
          <w:sz w:val="18"/>
        </w:rPr>
        <w:t xml:space="preserve"> / Copy of a valid passport</w:t>
      </w:r>
    </w:p>
    <w:p w14:paraId="23FEF2BA" w14:textId="77777777" w:rsidR="0094333F" w:rsidRDefault="00000000">
      <w:pPr>
        <w:spacing w:after="60"/>
      </w:pPr>
      <w:sdt>
        <w:sdtPr>
          <w:rPr>
            <w:rFonts w:cs="Arial"/>
          </w:rPr>
          <w:alias w:val="Copia del seguro médico internacional"/>
          <w:tag w:val="DOC_SEGURO"/>
          <w:id w:val="200035"/>
          <w:lock w:val="sdtLocked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 w:cs="DejaVu Sans"/>
              <w:sz w:val="23"/>
            </w:rPr>
            <w:t>☐</w:t>
          </w:r>
        </w:sdtContent>
      </w:sdt>
      <w:r>
        <w:rPr>
          <w:sz w:val="20"/>
        </w:rPr>
        <w:t xml:space="preserve">  Copia de seguro médico internacional con cobertura total, incluidos gastos de repatriación.</w:t>
      </w:r>
      <w:r>
        <w:rPr>
          <w:i/>
          <w:color w:val="444444"/>
          <w:sz w:val="18"/>
        </w:rPr>
        <w:br/>
        <w:t xml:space="preserve">    Copy of comprehensive international health insurance, including repatriation expenses.</w:t>
      </w:r>
    </w:p>
    <w:p w14:paraId="06B2A06B" w14:textId="77777777" w:rsidR="0094333F" w:rsidRDefault="00000000">
      <w:pPr>
        <w:spacing w:after="80"/>
      </w:pPr>
      <w:sdt>
        <w:sdtPr>
          <w:rPr>
            <w:rFonts w:cs="Arial"/>
          </w:rPr>
          <w:alias w:val="Permiso de Residencia Temporal"/>
          <w:tag w:val="DOC_RESIDENCIA"/>
          <w:id w:val="200036"/>
          <w:lock w:val="sdtLocked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 w:cs="DejaVu Sans"/>
              <w:sz w:val="23"/>
            </w:rPr>
            <w:t>☐</w:t>
          </w:r>
        </w:sdtContent>
      </w:sdt>
      <w:r>
        <w:rPr>
          <w:sz w:val="20"/>
        </w:rPr>
        <w:t xml:space="preserve">  Permiso de Residencia Temporal / Temporary Residence Permit.</w:t>
      </w:r>
    </w:p>
    <w:p w14:paraId="0DC0E0FF" w14:textId="77777777" w:rsidR="0094333F" w:rsidRDefault="00000000">
      <w:pPr>
        <w:spacing w:after="60"/>
      </w:pPr>
      <w:r>
        <w:rPr>
          <w:sz w:val="18"/>
        </w:rPr>
        <w:t xml:space="preserve">Tramitación / Application: </w:t>
      </w:r>
      <w:hyperlink r:id="rId8">
        <w:r w:rsidR="0094333F">
          <w:rPr>
            <w:color w:val="174A70"/>
            <w:sz w:val="18"/>
            <w:u w:val="single"/>
          </w:rPr>
          <w:t>https://serviciomigraciones.cl/</w:t>
        </w:r>
      </w:hyperlink>
    </w:p>
    <w:p w14:paraId="3B844BFC" w14:textId="77777777" w:rsidR="0094333F" w:rsidRDefault="00000000">
      <w:r>
        <w:rPr>
          <w:sz w:val="18"/>
        </w:rPr>
        <w:t>Para estadías en Chile superiores a 90 días, se deberá tramitar el Permiso de Residencia Temporal.</w:t>
      </w:r>
      <w:r>
        <w:rPr>
          <w:i/>
          <w:color w:val="4C4C4C"/>
          <w:sz w:val="18"/>
        </w:rPr>
        <w:br/>
        <w:t>For stays in Chile exceeding 90 days, applicants must apply for a Temporary Residence Permit.</w:t>
      </w:r>
    </w:p>
    <w:sectPr w:rsidR="0094333F" w:rsidSect="00034616">
      <w:headerReference w:type="default" r:id="rId9"/>
      <w:footerReference w:type="default" r:id="rId10"/>
      <w:pgSz w:w="12240" w:h="15840"/>
      <w:pgMar w:top="1555" w:right="936" w:bottom="792" w:left="936" w:header="403" w:footer="3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9A0A77" w14:textId="77777777" w:rsidR="00B25174" w:rsidRDefault="00B25174">
      <w:r>
        <w:separator/>
      </w:r>
    </w:p>
  </w:endnote>
  <w:endnote w:type="continuationSeparator" w:id="0">
    <w:p w14:paraId="493B3FF4" w14:textId="77777777" w:rsidR="00B25174" w:rsidRDefault="00B251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DejaVu Sans">
    <w:altName w:val="Verdan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8B9D9" w14:textId="77777777" w:rsidR="0094333F" w:rsidRDefault="00000000">
    <w:pPr>
      <w:tabs>
        <w:tab w:val="right" w:pos="10368"/>
      </w:tabs>
    </w:pPr>
    <w:r>
      <w:rPr>
        <w:sz w:val="16"/>
      </w:rPr>
      <w:t>Coordinación de Movilidad Estudiantil Internacional</w:t>
    </w:r>
    <w:r>
      <w:rPr>
        <w:sz w:val="16"/>
      </w:rPr>
      <w:tab/>
      <w:t xml:space="preserve">Página </w:t>
    </w:r>
    <w:r>
      <w:rPr>
        <w:sz w:val="16"/>
      </w:rPr>
      <w:fldChar w:fldCharType="begin"/>
    </w:r>
    <w:r>
      <w:rPr>
        <w:sz w:val="16"/>
      </w:rPr>
      <w:instrText>PAGE</w:instrText>
    </w:r>
    <w:r>
      <w:rPr>
        <w:sz w:val="16"/>
      </w:rPr>
      <w:fldChar w:fldCharType="separate"/>
    </w:r>
    <w:r>
      <w:rPr>
        <w:sz w:val="16"/>
      </w:rPr>
      <w:t>1</w:t>
    </w:r>
    <w:r>
      <w:rPr>
        <w:sz w:val="16"/>
      </w:rPr>
      <w:fldChar w:fldCharType="end"/>
    </w:r>
    <w:r>
      <w:rPr>
        <w:sz w:val="16"/>
      </w:rPr>
      <w:t xml:space="preserve"> de </w:t>
    </w:r>
    <w:r>
      <w:rPr>
        <w:sz w:val="16"/>
      </w:rPr>
      <w:fldChar w:fldCharType="begin"/>
    </w:r>
    <w:r>
      <w:rPr>
        <w:sz w:val="16"/>
      </w:rPr>
      <w:instrText>NUMPAGES</w:instrText>
    </w:r>
    <w:r>
      <w:rPr>
        <w:sz w:val="16"/>
      </w:rPr>
      <w:fldChar w:fldCharType="separate"/>
    </w:r>
    <w:r>
      <w:rPr>
        <w:sz w:val="16"/>
      </w:rPr>
      <w:t>3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B1EA47" w14:textId="77777777" w:rsidR="00B25174" w:rsidRDefault="00B25174">
      <w:r>
        <w:separator/>
      </w:r>
    </w:p>
  </w:footnote>
  <w:footnote w:type="continuationSeparator" w:id="0">
    <w:p w14:paraId="4067384F" w14:textId="77777777" w:rsidR="00B25174" w:rsidRDefault="00B251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3894A" w14:textId="77777777" w:rsidR="0094333F" w:rsidRDefault="00000000">
    <w:pPr>
      <w:pStyle w:val="Encabezado"/>
    </w:pPr>
    <w:r>
      <w:rPr>
        <w:noProof/>
      </w:rPr>
      <w:drawing>
        <wp:inline distT="0" distB="0" distL="0" distR="0" wp14:anchorId="1B4E3199" wp14:editId="21D17B8C">
          <wp:extent cx="2331720" cy="655796"/>
          <wp:effectExtent l="0" t="0" r="0" b="0"/>
          <wp:docPr id="1" name="Picture 1" descr="Universidad de Los Lagos Dirección de Relaciones Internacional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riginal_logo.jpe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31720" cy="6557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48230747">
    <w:abstractNumId w:val="8"/>
  </w:num>
  <w:num w:numId="2" w16cid:durableId="179006274">
    <w:abstractNumId w:val="6"/>
  </w:num>
  <w:num w:numId="3" w16cid:durableId="1806006337">
    <w:abstractNumId w:val="5"/>
  </w:num>
  <w:num w:numId="4" w16cid:durableId="1670670413">
    <w:abstractNumId w:val="4"/>
  </w:num>
  <w:num w:numId="5" w16cid:durableId="1950821385">
    <w:abstractNumId w:val="7"/>
  </w:num>
  <w:num w:numId="6" w16cid:durableId="1125733893">
    <w:abstractNumId w:val="3"/>
  </w:num>
  <w:num w:numId="7" w16cid:durableId="1144658186">
    <w:abstractNumId w:val="2"/>
  </w:num>
  <w:num w:numId="8" w16cid:durableId="169416250">
    <w:abstractNumId w:val="1"/>
  </w:num>
  <w:num w:numId="9" w16cid:durableId="9236070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7DD9"/>
    <w:rsid w:val="0006063C"/>
    <w:rsid w:val="0015074B"/>
    <w:rsid w:val="0029639D"/>
    <w:rsid w:val="002E04D5"/>
    <w:rsid w:val="00326F90"/>
    <w:rsid w:val="00460D45"/>
    <w:rsid w:val="0049708D"/>
    <w:rsid w:val="005917EA"/>
    <w:rsid w:val="00720059"/>
    <w:rsid w:val="00733700"/>
    <w:rsid w:val="00835907"/>
    <w:rsid w:val="0094333F"/>
    <w:rsid w:val="0095642D"/>
    <w:rsid w:val="00AA1D8D"/>
    <w:rsid w:val="00B010B7"/>
    <w:rsid w:val="00B25174"/>
    <w:rsid w:val="00B47730"/>
    <w:rsid w:val="00B60D11"/>
    <w:rsid w:val="00B915B6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11804F"/>
  <w14:defaultImageDpi w14:val="300"/>
  <w15:docId w15:val="{27F93E18-CD8B-4395-8A50-F798C84CD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Arial" w:hAnsi="Arial"/>
      <w:color w:val="000000"/>
      <w:sz w:val="21"/>
      <w:lang w:val="es-CL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keepNext/>
      <w:spacing w:after="60"/>
      <w:contextualSpacing/>
    </w:pPr>
    <w:rPr>
      <w:rFonts w:asciiTheme="majorHAnsi" w:eastAsiaTheme="majorEastAsia" w:hAnsiTheme="majorHAnsi" w:cstheme="majorBidi"/>
      <w:b/>
      <w:spacing w:val="5"/>
      <w:kern w:val="28"/>
      <w:sz w:val="34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keepNext/>
      <w:numPr>
        <w:ilvl w:val="1"/>
      </w:numPr>
      <w:spacing w:after="140"/>
    </w:pPr>
    <w:rPr>
      <w:rFonts w:asciiTheme="majorHAnsi" w:eastAsiaTheme="majorEastAsia" w:hAnsiTheme="majorHAnsi" w:cstheme="majorBidi"/>
      <w:i/>
      <w:iCs/>
      <w:spacing w:val="15"/>
      <w:sz w:val="20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rviciomigraciones.cl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ULAGOS_Placeholder_1"/>
        <w:category>
          <w:name w:val="General"/>
          <w:gallery w:val="placeholder"/>
        </w:category>
        <w:behaviors>
          <w:behavior w:val="content"/>
        </w:behaviors>
        <w:guid w:val="{45B870B4-EE22-451E-B7FA-FB7E046F809B}"/>
      </w:docPartPr>
      <w:docPartBody>
        <w:p w:rsidR="00944774" w:rsidRDefault="00000000">
          <w:r>
            <w:rPr>
              <w:rFonts w:ascii="Arial" w:hAnsi="Arial" w:cs="Arial"/>
              <w:color w:val="595959"/>
              <w:sz w:val="21"/>
            </w:rPr>
            <w:t>Escriba aquí / Type here</w:t>
          </w:r>
        </w:p>
      </w:docPartBody>
    </w:docPart>
    <w:docPart>
      <w:docPartPr>
        <w:name w:val="ULAGOS_Placeholder_2"/>
        <w:category>
          <w:name w:val="General"/>
          <w:gallery w:val="placeholder"/>
        </w:category>
        <w:behaviors>
          <w:behavior w:val="content"/>
        </w:behaviors>
        <w:guid w:val="{BAEA2042-86E9-4442-B735-603E596C4C0C}"/>
      </w:docPartPr>
      <w:docPartBody>
        <w:p w:rsidR="00944774" w:rsidRDefault="00000000">
          <w:r>
            <w:rPr>
              <w:rFonts w:ascii="Arial" w:hAnsi="Arial" w:cs="Arial"/>
              <w:color w:val="595959"/>
              <w:sz w:val="21"/>
            </w:rPr>
            <w:t>DD-MM-AAAA</w:t>
          </w:r>
        </w:p>
      </w:docPartBody>
    </w:docPart>
    <w:docPart>
      <w:docPartPr>
        <w:name w:val="ULAGOS_Placeholder_3"/>
        <w:category>
          <w:name w:val="General"/>
          <w:gallery w:val="placeholder"/>
        </w:category>
        <w:behaviors>
          <w:behavior w:val="content"/>
        </w:behaviors>
        <w:guid w:val="{C014FA51-32F7-469D-9134-607AC1B6A920}"/>
      </w:docPartPr>
      <w:docPartBody>
        <w:p w:rsidR="00944774" w:rsidRDefault="00000000">
          <w:r>
            <w:rPr>
              <w:rFonts w:ascii="Arial" w:hAnsi="Arial" w:cs="Arial"/>
              <w:color w:val="595959"/>
              <w:sz w:val="21"/>
            </w:rPr>
            <w:t>Incluya código de país / Include country code</w:t>
          </w:r>
        </w:p>
      </w:docPartBody>
    </w:docPart>
    <w:docPart>
      <w:docPartPr>
        <w:name w:val="ULAGOS_Placeholder_4"/>
        <w:category>
          <w:name w:val="General"/>
          <w:gallery w:val="placeholder"/>
        </w:category>
        <w:behaviors>
          <w:behavior w:val="content"/>
        </w:behaviors>
        <w:guid w:val="{B307623D-7D4B-43BB-95AF-369ED9F13A4D}"/>
      </w:docPartPr>
      <w:docPartBody>
        <w:p w:rsidR="00944774" w:rsidRDefault="00000000">
          <w:r>
            <w:rPr>
              <w:rFonts w:ascii="Arial" w:hAnsi="Arial" w:cs="Arial"/>
              <w:color w:val="595959"/>
              <w:sz w:val="21"/>
            </w:rPr>
            <w:t>Seleccione / Select</w:t>
          </w:r>
        </w:p>
      </w:docPartBody>
    </w:docPart>
    <w:docPart>
      <w:docPartPr>
        <w:name w:val="ULAGOS_Placeholder_5"/>
        <w:category>
          <w:name w:val="General"/>
          <w:gallery w:val="placeholder"/>
        </w:category>
        <w:behaviors>
          <w:behavior w:val="content"/>
        </w:behaviors>
        <w:guid w:val="{D140F753-96B0-4E5C-B510-0ABD72EBECBA}"/>
      </w:docPartPr>
      <w:docPartBody>
        <w:p w:rsidR="00944774" w:rsidRDefault="00000000">
          <w:r>
            <w:rPr>
              <w:rFonts w:ascii="Arial" w:hAnsi="Arial" w:cs="Arial"/>
              <w:color w:val="595959"/>
              <w:sz w:val="21"/>
            </w:rPr>
            <w:t>Nombre de la asignatura / Course name</w:t>
          </w:r>
        </w:p>
      </w:docPartBody>
    </w:docPart>
    <w:docPart>
      <w:docPartPr>
        <w:name w:val="ULAGOS_Placeholder_6"/>
        <w:category>
          <w:name w:val="General"/>
          <w:gallery w:val="placeholder"/>
        </w:category>
        <w:behaviors>
          <w:behavior w:val="content"/>
        </w:behaviors>
        <w:guid w:val="{5F5B0563-0A82-4B6B-8FF9-9D4985E2FE85}"/>
      </w:docPartPr>
      <w:docPartBody>
        <w:p w:rsidR="00944774" w:rsidRDefault="00000000">
          <w:r>
            <w:rPr>
              <w:rFonts w:ascii="Arial" w:hAnsi="Arial" w:cs="Arial"/>
              <w:color w:val="595959"/>
              <w:sz w:val="21"/>
            </w:rPr>
            <w:t>Inserte firma / Insert signature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44774"/>
    <w:rsid w:val="00057DD9"/>
    <w:rsid w:val="005917EA"/>
    <w:rsid w:val="007461C0"/>
    <w:rsid w:val="00835907"/>
    <w:rsid w:val="00944774"/>
    <w:rsid w:val="00A75319"/>
    <w:rsid w:val="00E85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CL" w:eastAsia="es-C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770</Words>
  <Characters>4239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5000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FORMULARIO DE POSTULACIÓN DE ESTUDIANTES INTERNACIONALES EN LA UNIVERSIDAD DE LOS LAGOS</dc:title>
  <dc:subject>Formulario editable para estudiantes postulantes a movilidad internacional</dc:subject>
  <dc:creator>Universidad de Los Lagos</dc:creator>
  <cp:keywords>ULAGOS, movilidad internacional, postulación, formulario</cp:keywords>
  <dc:description/>
  <cp:lastModifiedBy>RRII</cp:lastModifiedBy>
  <cp:revision>9</cp:revision>
  <cp:lastPrinted>2026-10-13T20:54:00Z</cp:lastPrinted>
  <dcterms:created xsi:type="dcterms:W3CDTF">2026-10-13T20:54:00Z</dcterms:created>
  <dcterms:modified xsi:type="dcterms:W3CDTF">2026-10-14T20:02:00Z</dcterms:modified>
  <cp:category/>
</cp:coreProperties>
</file>